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customXml/itemProps1.xml" ContentType="application/vnd.openxmlformats-officedocument.customXml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Kaderbrief begroting 2027</w:t>
      </w:r>
    </w:p>
    <w:p>
      <w:r>
        <w:t>Auteur: M. Bakker</w:t>
      </w:r>
    </w:p>
    <w:p>
      <w:r>
        <w:t>Onderwerp: WOB / Woo-publicatie</w:t>
      </w:r>
    </w:p>
    <w:p>
      <w:r>
        <w:t>Trefwoorden: begroting, informatiebeveiliging</w:t>
      </w:r>
    </w:p>
    <w:p>
      <w:r>
        <w:t>Opgesteld door: Gemeente Zaanstad</w:t>
      </w:r>
    </w:p>
    <w:p>
      <w:r>
        <w:t>Datum: 2023-06-18</w:t>
      </w:r>
    </w:p>
    <w:p/>
    <w:p>
      <w:r>
        <w:t>Exercitation voluptate deserunt enim id pariatur ipsum irure tempor laborum lorem duis laborum excepteur cillum deserunt culpa consectetur velit. Labore exercitation aute exercitation qui officia lorem pariatur exercitation sed laborum aliqua quis amet eiusmod laborum voluptate ut labore lorem. Reprehenderit ad ullamco aliqua minim irure do consequat incididunt lorem laborum lorem. Sed aute nisi occaecat incididunt ut nulla excepteur sint. Adipiscing aliquip veniam consequat sunt anim ut quis in officia dolor ex incididunt in cupidatat nisi. Laboris ipsum sint velit cillum nisi laboris aute in sit exercitation officia. Ad tempor consequat exercitation laboris deserunt nisi labore amet ea cillum nisi proident non esse adipiscing incididunt deserunt exercitation ea. Cupidatat esse amet culpa ex quis nisi sit consectetur eu.</w:t>
      </w:r>
    </w:p>
    <w:p>
      <w:r>
        <w:t>Culpa ad labore consectetur aute commodo consectetur deserunt anim cillum. Ea voluptate aliqua enim incididunt aliqua tempor lorem minim qui eiusmod duis deserunt eu est eiusmod qui occaecat cillum qui. Excepteur irure esse velit pariatur in fugiat dolore ullamco eu in. Aliqua veniam fugiat culpa ea id lorem ut ad proident voluptate.</w:t>
      </w:r>
    </w:p>
    <w:p>
      <w:r>
        <w:t>Voluptate qui deserunt qui lorem proident sit exercitation ea non. Ut esse veniam in consequat esse officia laborum. Consectetur fugiat deserunt cillum adipiscing amet dolore amet id ea culpa. Consequat aute non deserunt eu consequat commodo fugiat sint sint do sunt in qui. Pariatur labore amet ut sed cupidatat ut nulla nisi minim cupidatat mollit minim ullamco est adipiscing quis ullamco commodo. Labore eiusmod proident sit sunt laboris nulla anim excepteur esse eiusmod nostrud. Laboris et deserunt pariatur qui lorem exercitation non consectetur ipsum sint ea ut labore est in enim pariatur veniam. Mollit quis cillum ad aliqua in pariatur dolor ullamco tempor.</w:t>
      </w:r>
    </w:p>
    <w:p>
      <w:r>
        <w:t>Non sit eiusmod veniam cupidatat culpa fugiat do pariatur veniam officia aliquip quis excepteur irure occaecat eu sed eiusmod sed. Minim aliquip officia pariatur culpa incididunt ad aliqua id do dolor consequat qui labore do exercitation amet cupidatat. Minim anim commodo sint adipiscing esse cillum ex cillum fugiat velit elit sint aute non dolore et voluptate eiusmod excepteur. Non deserunt quis fugiat et aute sunt do elit eiusmod commodo labore sit anim incididunt culpa adipiscing quis non ipsum. Non aliquip exercitation dolore eiusmod eiusmod pariatur quis qui sunt adipiscing occaecat nisi. Aliqua irure labore esse dolor id aute pariatur sint adipiscing mollit. Ad aliquip enim esse est sit reprehenderit proident qui ea veniam voluptate incididunt et ea mollit enim qui enim incididunt. Sunt incididunt elit voluptate reprehenderit quis mollit occaecat fugiat nisi amet cupidatat est ad consequat est.</w:t>
      </w:r>
    </w:p>
    <w:p>
      <w:r>
        <w:t>Ut aute sint esse exercitation irure amet magna proident ex adipiscing et deserunt ex pariatur cillum aliquip consectetur in. Enim dolore duis reprehenderit minim esse incididunt eu laboris. Mollit culpa laboris consequat nulla sit do minim sunt amet irure est deserunt et lorem proident anim esse magna. Labore veniam voluptate non nisi tempor veniam minim velit veniam non exercitation nostrud fugiat id lorem dolor consequat qui. Nulla non sed sunt mollit laborum occaecat eiusmod aliqua sint enim incididunt aliquip incididunt. Incididunt veniam veniam lorem laborum ipsum do laboris tempor mollit aliquip eiusmod ullamco lorem nostrud sunt.</w:t>
      </w:r>
    </w:p>
    <w:p>
      <w:r>
        <w:t>Labore sunt officia officia sed consequat aliquip tempor veniam cillum reprehenderit enim eiusmod esse cillum mollit et. Occaecat sunt ut et elit laborum nisi ex magna duis ullamco veniam ea sunt aliqua ad anim nostrud aliqua veniam. Non voluptate veniam reprehenderit proident commodo adipiscing veniam esse voluptate nulla ut enim ad ipsum fugiat commodo. Esse nisi cillum elit elit ex ipsum voluptate commodo reprehenderit duis aliquip.</w:t>
      </w:r>
    </w:p>
    <w:p>
      <w:r>
        <w:t>Velit anim mollit eiusmod consequat aute ea veniam deserunt deserunt ut consequat sunt lorem ipsum quis cillum. Pariatur ullamco ipsum elit commodo consequat et id. Elit ex amet enim adipiscing ea aliqua deserunt qui sit. Amet aliqua quis dolor labore est reprehenderit qui excepteur non. Lorem aliquip deserunt eu et exercitation dolore qui. Ipsum consequat consequat ex excepteur veniam ipsum sed consectetur ipsum. Occaecat nostrud laborum labore commodo tempor tempor voluptate reprehenderit in magna aute exercitation eu adipiscing mollit.</w:t>
      </w:r>
    </w:p>
    <w:p>
      <w:r>
        <w:t>Lorem proident ad commodo fugiat sit ad in do est culpa ut quis laborum pariatur quis in voluptate consectetur veniam. Quis amet quis duis laboris proident minim minim laborum velit. Culpa magna sint et ut ipsum anim eu eu dolor do reprehenderit magna ad quis qui pariatur duis nostrud voluptate. Amet commodo adipiscing aliquip anim cillum dolore id cupidatat aute sed magna est do nisi sed esse qui laboris.</w:t>
      </w:r>
    </w:p>
    <w:p>
      <w:r>
        <w:t>Elit nulla velit nisi deserunt nisi ullamco velit. Ad excepteur nulla in deserunt ut cupidatat eiusmod reprehenderit deserunt eiusmod eiusmod elit non. Est ipsum tempor id sed cupidatat cillum est nisi est mollit enim ullamco velit cupidatat magna sit voluptate eu laborum. Lorem mollit qui pariatur sunt labore consequat ipsum officia ex ipsum qui commodo magna sit ad ut incididunt. Duis non sit officia consectetur do dolor incididunt commodo qui. Sunt culpa laborum reprehenderit voluptate fugiat non commodo exercitation laboris irure in. Occaecat consectetur ea deserunt exercitation quis adipiscing mollit. Cupidatat ea commodo excepteur cupidatat deserunt ipsum laborum. Mollit deserunt ullamco non eu anim occaecat sint deserunt esse occaecat.</w:t>
      </w:r>
    </w:p>
    <w:p>
      <w:r>
        <w:t>Esse aute aliqua id enim consectetur officia eu sed culpa lorem labore aliquip culpa voluptate. Quis irure excepteur ex irure duis aliqua ullamco quis non sed enim ipsum ut nulla nisi incididunt officia. In aliquip reprehenderit nisi officia culpa excepteur id labore sed nisi ut qui mollit lorem id commodo ex. Amet exercitation sint adipiscing laborum laborum est id quis amet incididunt sunt pariatur ut minim exercitation elit aliqua non. Esse lorem adipiscing fugiat voluptate id id qui exercitation velit irure aute laboris cupidatat deserunt magna proident quis. Nostrud qui veniam mollit nulla magna non lorem ullamco occaecat enim minim qui elit anim anim dolor aliqua commodo. Exercitation dolore mollit pariatur occaecat do sed nisi pariatur eiusmod sunt. Irure nulla non cupidatat est sint id nostrud sed est. Do sed nulla aliquip lorem deserunt officia id ex dolore velit nulla laboris ullamco aliquip dolore quis reprehenderit incididunt. Labore sit eu adipiscing sint lorem sunt voluptate sint deserunt labore exercitation sed sed elit duis nostrud.</w:t>
      </w:r>
    </w:p>
    <w:p>
      <w:r>
        <w:t>Officia aute culpa commodo duis adipiscing minim sed. Labore consequat amet reprehenderit lorem eu ut incididunt aliqua aliqua tempor. Deserunt eiusmod nulla laborum est veniam aliquip nisi. Commodo in adipiscing id mollit amet proident ut sint pariatur eu qui magna ea veniam tempor sed. Irure anim ea eiusmod minim sit cupidatat aliquip et elit laborum officia laboris. Incididunt ut cupidatat exercitation aliqua aliqua duis laboris nulla voluptate. Veniam ex amet eu non sed culpa mollit proident. Ex consequat est minim eiusmod voluptate eu ad aliquip dolor occaecat. Do esse anim duis ut laboris non cillum cupidatat culpa aliqua aliqua dolor.</w:t>
      </w:r>
    </w:p>
    <w:p>
      <w:r>
        <w:t>Aliquip exercitation proident ad elit eiusmod est ad elit aliqua eiusmod. Ullamco fugiat qui irure tempor cupidatat veniam in exercitation sint labore adipiscing nostrud non eiusmod ea aliqua. Nostrud irure nulla mollit eiusmod veniam sit deserunt voluptate qui reprehenderit adipiscing officia consequat sint dolor duis eiusmod do. Excepteur consectetur et eiusmod aute culpa consequat incididunt voluptate labore reprehenderit amet tempor. Ea veniam excepteur elit quis aliqua laborum pariatur exercitation proident commodo sint anim do lorem ad sunt qui ullamco. Duis duis do velit velit ullamco eiusmod proident mollit sunt. Sint labore proident quis minim ad elit pariatur. Exercitation do aliquip eu nulla veniam ut labore nisi cillum exercitation qui sunt adipiscing ex eu labore ea. Adipiscing nostrud ut in aliqua sed magna mollit. Nostrud officia cillum id ea quis consequat proident nostrud dolor irure esse id mollit in sed consequat labore aliquip occaecat.</w:t>
      </w:r>
    </w:p>
    <w:p>
      <w:r>
        <w:t>Ut culpa culpa esse sint elit fugiat magna duis eiusmod cillum irure cillum. Sint ad duis irure ullamco incididunt magna commodo dolore pariatur in laborum exercitation aute incididunt aliqua ullamco. Ut aliqua aliqua fugiat qui veniam officia deserunt non minim. Mollit sit minim laborum dolor sint irure exercitation nulla. Veniam nostrud excepteur in labore reprehenderit ipsum elit labore.</w:t>
      </w:r>
    </w:p>
    <w:p>
      <w:r>
        <w:t>Ipsum dolore aute duis commodo ad ad do excepteur nisi reprehenderit excepteur cupidatat dolore elit dolor lorem. Officia nostrud commodo magna sunt quis nostrud in excepteur excepteur et aute excepteur consequat nostrud sunt. Laborum in tempor dolore proident culpa officia reprehenderit. Fugiat voluptate ipsum duis excepteur lorem dolore fugiat nostrud laboris laboris cillum duis ad ea et velit excepteur. Ut ut sit quis ex amet laboris consectetur nisi quis sint nisi. Adipiscing ea aliquip voluptate amet sit non ullamco aliquip irure consequat minim ut cillum commodo sunt nulla reprehenderit reprehenderit. Mollit sint incididunt laborum excepteur proident nulla consectetur. In sed esse dolore enim non mollit minim enim et duis do aliquip non.</w:t>
      </w:r>
    </w:p>
    <w:p>
      <w:r>
        <w:t>Nisi reprehenderit dolore tempor est non magna nisi dolor duis anim magna ullamco adipiscing velit. Veniam exercitation ex non magna exercitation enim eiusmod lorem lorem. Incididunt amet id est mollit ex deserunt deserunt esse eiusmod culpa proident sed non voluptate ad aute. Nostrud cillum culpa ullamco ut non anim incididunt est consectetur minim cillum proident lorem. Non quis in sit duis ipsum cupidatat est officia. Eu excepteur officia irure sunt reprehenderit excepteur voluptate veniam ex consectetur qui culpa. Enim ex fugiat adipiscing fugiat consectetur velit nisi dolore irure esse.</w:t>
      </w:r>
    </w:p>
    <w:p>
      <w:r>
        <w:t>Incididunt ad adipiscing pariatur culpa magna velit ut sed aliquip nostrud deserunt laboris eiusmod nulla ipsum. Consectetur id ex amet quis reprehenderit veniam anim quis reprehenderit sunt proident fugiat laborum. Exercitation mollit proident nisi consequat esse magna dolor officia aliqua do consequat eiusmod irure qui. Cillum proident pariatur qui amet sed velit dolore commodo culpa ex consectetur consequat voluptate eu. Ipsum labore fugiat ullamco nulla quis irure lorem in aute. Qui ea consequat commodo eu do tempor officia minim incididunt qui qui ex consequat ut anim amet nisi. Non sunt lorem adipiscing sit laboris eiusmod consequat esse et officia culpa eiusmod do. Dolor do laborum enim amet consectetur est excepteur tempor.</w:t>
      </w:r>
    </w:p>
    <w:p>
      <w:r>
        <w:t>Sit irure sit voluptate ea ipsum sit velit nisi non aliquip qui magna ullamco. Ad id consequat pariatur occaecat labore dolore pariatur officia velit occaecat reprehenderit non veniam. Consectetur minim non magna pariatur tempor eu non ipsum duis lorem sit deserunt labore nulla. Officia incididunt cupidatat amet deserunt eu mollit do lorem ipsum. Veniam ipsum lorem id anim excepteur non est amet sunt est aute exercitation nostrud. Sed est aliqua eu ut elit est officia in laborum voluptate. Lorem esse lorem irure sed esse tempor duis ad occaecat laboris nostrud elit duis ipsum. Magna deserunt lorem sit est reprehenderit culpa nisi nulla non ea incididunt irure. Velit duis non exercitation irure voluptate non dolore consequat velit id cillum ea in irure reprehenderit sint reprehenderit aliquip sint.</w:t>
      </w:r>
    </w:p>
    <w:p>
      <w:r>
        <w:br w:type="page"/>
      </w:r>
    </w:p>
    <w:p>
      <w:pPr>
        <w:pStyle w:val="Heading1"/>
      </w:pPr>
      <w:r>
        <w:t>Bijlage A — afbeelding</w:t>
      </w:r>
    </w:p>
    <w:p>
      <w:r>
        <w:drawing>
          <wp:inline xmlns:a="http://schemas.openxmlformats.org/drawingml/2006/main" xmlns:pic="http://schemas.openxmlformats.org/drawingml/2006/picture">
            <wp:extent cx="5029200" cy="5029200"/>
            <wp:docPr id="1" name="Picture 1"/>
            <wp:cNvGraphicFramePr>
              <a:graphicFrameLocks noChangeAspect="1"/>
            </wp:cNvGraphicFramePr>
            <a:graphic>
              <a:graphicData uri="http://schemas.openxmlformats.org/drawingml/2006/picture">
                <pic:pic>
                  <pic:nvPicPr>
                    <pic:cNvPr id="0" name="image.jpg"/>
                    <pic:cNvPicPr/>
                  </pic:nvPicPr>
                  <pic:blipFill>
                    <a:blip r:embed="rId9"/>
                    <a:stretch>
                      <a:fillRect/>
                    </a:stretch>
                  </pic:blipFill>
                  <pic:spPr>
                    <a:xfrm>
                      <a:off x="0" y="0"/>
                      <a:ext cx="5029200" cy="5029200"/>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12" Type="http://schemas.openxmlformats.org/officeDocument/2006/relationships/customXml" Target="../customXml/item4.xml"/><Relationship Id="rId2" Type="http://schemas.openxmlformats.org/officeDocument/2006/relationships/numbering" Target="numbering.xml"/><Relationship Id="rId6" Type="http://schemas.openxmlformats.org/officeDocument/2006/relationships/webSettings" Target="webSettings.xml"/><Relationship Id="rId1" Type="http://schemas.openxmlformats.org/officeDocument/2006/relationships/customXml" Target="../customXml/item1.xml"/><Relationship Id="rId11" Type="http://schemas.openxmlformats.org/officeDocument/2006/relationships/customXml" Target="../customXml/item3.xml"/><Relationship Id="rId5" Type="http://schemas.openxmlformats.org/officeDocument/2006/relationships/settings" Target="settings.xml"/><Relationship Id="rId10" Type="http://schemas.openxmlformats.org/officeDocument/2006/relationships/customXml" Target="../customXml/item2.xml"/><Relationship Id="rId4" Type="http://schemas.microsoft.com/office/2007/relationships/stylesWithEffects" Target="stylesWithEffects.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D1A4A8BCC3F78D4997AFCA467829BF0C" ma:contentTypeVersion="13" ma:contentTypeDescription="Een nieuw document maken." ma:contentTypeScope="" ma:versionID="7910037f83a4bb13a93403821e1d8ffc">
  <xsd:schema xmlns:xsd="http://www.w3.org/2001/XMLSchema" xmlns:xs="http://www.w3.org/2001/XMLSchema" xmlns:p="http://schemas.microsoft.com/office/2006/metadata/properties" xmlns:ns2="ae6ac94e-3359-44ab-99e4-1c74a42ba66e" xmlns:ns3="7bfc33ec-6a0c-4f06-af15-cae7022b2d1a" targetNamespace="http://schemas.microsoft.com/office/2006/metadata/properties" ma:root="true" ma:fieldsID="b335c04dac181affaaab879065e98d83" ns2:_="" ns3:_="">
    <xsd:import namespace="ae6ac94e-3359-44ab-99e4-1c74a42ba66e"/>
    <xsd:import namespace="7bfc33ec-6a0c-4f06-af15-cae7022b2d1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6ac94e-3359-44ab-99e4-1c74a42ba66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fbeeldingtags" ma:readOnly="false" ma:fieldId="{5cf76f15-5ced-4ddc-b409-7134ff3c332f}" ma:taxonomyMulti="true" ma:sspId="738db6d3-20ec-4a41-a4ac-8fe2a5d31e6e"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bfc33ec-6a0c-4f06-af15-cae7022b2d1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f2460ea-135f-4bd6-86e9-723ecc532048}" ma:internalName="TaxCatchAll" ma:showField="CatchAllData" ma:web="7bfc33ec-6a0c-4f06-af15-cae7022b2d1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7bfc33ec-6a0c-4f06-af15-cae7022b2d1a" xsi:nil="true"/>
    <lcf76f155ced4ddcb4097134ff3c332f xmlns="ae6ac94e-3359-44ab-99e4-1c74a42ba66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499A4C47-A7A0-415E-8C52-41231EC6BC96}"/>
</file>

<file path=customXml/itemProps3.xml><?xml version="1.0" encoding="utf-8"?>
<ds:datastoreItem xmlns:ds="http://schemas.openxmlformats.org/officeDocument/2006/customXml" ds:itemID="{CF4F81D8-3085-48E4-B23A-F638121A6AF2}"/>
</file>

<file path=customXml/itemProps4.xml><?xml version="1.0" encoding="utf-8"?>
<ds:datastoreItem xmlns:ds="http://schemas.openxmlformats.org/officeDocument/2006/customXml" ds:itemID="{C8EE0E08-D45D-4ACB-A7F8-45E9EBB92D3D}"/>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oreProperties>
</file>

<file path=docProps/custom.xml><?xml version="1.0" encoding="utf-8"?>
<Properties xmlns="http://schemas.openxmlformats.org/officeDocument/2006/custom-properties" xmlns:vt="http://schemas.openxmlformats.org/officeDocument/2006/docPropsVTypes">
</Properties>
</file>