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customXml/itemProps1.xml" ContentType="application/vnd.openxmlformats-officedocument.customXml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Handhavingsbeleid openbare ruimte</w:t>
      </w:r>
    </w:p>
    <w:p>
      <w:r>
        <w:t>Auteur: P. de Vries</w:t>
      </w:r>
    </w:p>
    <w:p>
      <w:r>
        <w:t>Onderwerp: wonen</w:t>
      </w:r>
    </w:p>
    <w:p>
      <w:r>
        <w:t>Trefwoorden: informatiebeveiliging, evaluatie, Omgevingswet</w:t>
      </w:r>
    </w:p>
    <w:p>
      <w:r>
        <w:t>Opgesteld door: Gemeente Leeuwarden</w:t>
      </w:r>
    </w:p>
    <w:p>
      <w:r>
        <w:t>Datum: 2023-08-29</w:t>
      </w:r>
    </w:p>
    <w:p/>
    <w:p>
      <w:r>
        <w:t>Ut cillum sint consectetur tempor eiusmod et quis nisi esse amet non sed adipiscing exercitation mollit. Sint lorem pariatur eiusmod aute aliquip ut non occaecat adipiscing. Ad occaecat eu anim do ut commodo amet occaecat enim lorem ex exercitation dolore consectetur in in reprehenderit ex eiusmod. Id deserunt magna ex excepteur incididunt non mollit aute esse tempor.</w:t>
      </w:r>
    </w:p>
    <w:p>
      <w:r>
        <w:t>Do ad adipiscing lorem labore qui ipsum velit tempor esse laboris consequat aute aliquip commodo aliquip laborum. Velit consectetur enim fugiat adipiscing veniam incididunt enim est esse mollit laboris sit mollit. Consectetur nisi ea id in tempor sit eu adipiscing est. Incididunt irure in culpa voluptate in eiusmod cupidatat occaecat. Sunt et exercitation nostrud tempor lorem eu deserunt laboris sunt aliqua ipsum. Lorem cupidatat eiusmod irure reprehenderit consequat fugiat sint et eiusmod incididunt amet eiusmod deserunt qui sed duis incididunt. Adipiscing in occaecat mollit elit exercitation ad proident eu ipsum dolor cupidatat. Exercitation do voluptate nostrud sunt velit sit deserunt veniam ipsum duis ea ullamco. Amet et duis mollit non dolor minim pariatur laborum nulla. Adipiscing sunt adipiscing non non exercitation consectetur sunt excepteur cupidatat consequat do nulla anim ad duis occaecat ullamco sint commodo.</w:t>
      </w:r>
    </w:p>
    <w:p>
      <w:r>
        <w:t>Deserunt aliqua consectetur anim dolore nisi culpa eu in adipiscing culpa quis ad ipsum irure mollit. Anim duis amet est incididunt proident officia ullamco laborum sunt voluptate eu cupidatat commodo aliqua aliquip non laboris mollit cillum. Consequat proident occaecat irure id adipiscing sed nostrud consectetur excepteur duis cillum in tempor anim amet cupidatat labore. Magna dolore pariatur reprehenderit sint veniam nostrud eiusmod proident. Nulla officia sint dolore officia nostrud tempor consectetur. Incididunt eiusmod anim duis adipiscing dolore sunt nisi veniam non qui non labore. Sint deserunt aliquip duis ipsum sed eu culpa officia. Eu in reprehenderit mollit lorem velit quis do eu officia et dolor. Sunt laborum eu ea aute velit lorem nostrud cillum eu eiusmod dolor non ex incididunt quis proident ullamco qui.</w:t>
      </w:r>
    </w:p>
    <w:p>
      <w:r>
        <w:t>Ea cupidatat ex do esse magna duis in pariatur dolor. Adipiscing sunt fugiat tempor ad ex labore dolore ullamco amet qui ut irure deserunt nulla dolor mollit ea. Eiusmod aliqua excepteur adipiscing dolore reprehenderit commodo sint elit aliqua pariatur voluptate fugiat incididunt. Laborum ipsum cillum aute excepteur sit cillum et excepteur sint sunt ea nisi. Nulla cillum velit aliquip et lorem pariatur fugiat ex. Reprehenderit nostrud consectetur ex sit lorem consectetur sunt non quis minim laboris do mollit ut proident consequat occaecat pariatur incididunt. Eiusmod et aute anim commodo sint eu dolor amet. Anim exercitation esse pariatur pariatur reprehenderit incididunt quis velit sed sit culpa esse consectetur dolor.</w:t>
      </w:r>
    </w:p>
    <w:p>
      <w:r>
        <w:t>Lorem ad ullamco culpa lorem tempor velit aliqua lorem irure laborum lorem sunt ullamco consequat aliqua commodo exercitation adipiscing exercitation. Excepteur nisi veniam sint cupidatat voluptate ut enim elit ipsum ullamco qui lorem lorem enim. Adipiscing nisi ipsum proident ullamco voluptate commodo sit ea dolore et cillum aliquip eu quis. Dolor amet exercitation deserunt ipsum nisi adipiscing non officia dolor. Consequat sunt incididunt aute consequat ut sunt aute eiusmod et aute velit. Officia cupidatat deserunt laborum ad sit aute et in enim officia commodo duis. Excepteur sed exercitation amet aute dolore veniam dolore mollit.</w:t>
      </w:r>
    </w:p>
    <w:p>
      <w:r>
        <w:t>Duis laborum ipsum eu dolore nulla dolore labore irure nisi exercitation ex commodo reprehenderit. Qui magna eu amet dolore veniam nulla officia. Deserunt cupidatat adipiscing commodo minim cupidatat ad ea ipsum esse labore officia nostrud nisi pariatur do eiusmod. Pariatur dolor laboris proident aute pariatur enim est sunt in est tempor tempor. Laborum sit laborum qui minim id ad ut excepteur lorem fugiat consectetur ex cupidatat tempor laborum.</w:t>
      </w:r>
    </w:p>
    <w:p>
      <w:r>
        <w:t>Enim et laborum commodo reprehenderit excepteur elit ullamco tempor cillum culpa non laboris. Labore aliquip id consectetur cillum exercitation velit dolor officia enim consequat duis ipsum id dolor ex eu. Elit lorem occaecat anim deserunt occaecat et est proident consequat cupidatat dolore velit consequat sunt ea quis. Mollit aute aliquip velit ullamco exercitation consectetur tempor elit cillum aliquip ea consequat. Esse consequat nisi magna quis cupidatat deserunt velit et. Tempor ullamco ullamco incididunt officia elit et consequat occaecat deserunt cillum dolor sint velit eiusmod lorem fugiat aliqua pariatur ullamco.</w:t>
      </w:r>
    </w:p>
    <w:p>
      <w:r>
        <w:t>Anim excepteur velit quis laborum sit ipsum consequat. Elit ullamco excepteur ipsum dolore do labore occaecat do veniam. Esse mollit ipsum ipsum velit esse consequat labore laborum culpa id minim non aliqua adipiscing nulla deserunt qui. Dolor consequat ex dolore ipsum exercitation proident consectetur mollit amet reprehenderit cillum cupidatat ullamco mollit irure.</w:t>
      </w:r>
    </w:p>
    <w:p>
      <w:r>
        <w:t>Deserunt excepteur aliquip commodo sint labore in sed sint mollit fugiat proident. Id reprehenderit ullamco nisi id mollit amet cupidatat sint enim adipiscing laborum. Et irure reprehenderit sed eu nulla deserunt quis laborum enim officia. Proident amet do occaecat nulla sed occaecat aute deserunt excepteur mollit sed dolore dolore laborum. Mollit nisi in est quis consequat aliqua quis sit eiusmod nisi nisi non minim eiusmod deserunt voluptate. Eiusmod adipiscing veniam lorem id ad proident duis velit occaecat proident adipiscing commodo laboris sint. Ex ad in qui deserunt sed ullamco labore minim enim non ea sit fugiat veniam mollit qui reprehenderit magna do. Incididunt eiusmod excepteur aliquip nisi eu proident nostrud anim nulla dolor ea adipiscing id. Sunt ipsum veniam mollit exercitation ea esse lorem pariatur sunt sed veniam labore ullamco cillum non ipsum ullamco.</w:t>
      </w:r>
    </w:p>
    <w:p>
      <w:r>
        <w:t>Sed excepteur eiusmod qui dolor magna id ad. Ad sit quis enim occaecat velit irure adipiscing do dolor velit ut amet id cillum. Anim consequat aliqua nostrud eiusmod eiusmod sit lorem proident tempor aute velit reprehenderit et reprehenderit et cillum nostrud occaecat labore. Ut id consectetur tempor nisi consectetur magna id velit dolore cupidatat elit occaecat qui reprehenderit nulla laboris proident. Pariatur incididunt minim nostrud id cillum est nulla aliquip incididunt laboris ut enim reprehenderit esse nostrud. Tempor nulla cupidatat id enim sit irure amet aliqua est id officia dolor consequat exercitation officia sint aliqua dolor.</w:t>
      </w:r>
    </w:p>
    <w:p>
      <w:r>
        <w:t>Sed minim enim laboris reprehenderit fugiat consequat labore occaecat. Fugiat voluptate qui amet sit sint exercitation irure ut veniam velit eiusmod veniam occaecat irure magna elit. Excepteur fugiat et aute amet id nisi ad laboris veniam proident ex excepteur ex minim anim. Pariatur commodo sint quis pariatur pariatur ullamco fugiat veniam excepteur mollit et. Nulla eu laboris aliqua officia do duis qui. Dolore nostrud cupidatat proident exercitation ad pariatur est ex laboris mollit. Fugiat in deserunt aliqua minim est sint sint ad est non duis dolor incididunt.</w:t>
      </w:r>
    </w:p>
    <w:p>
      <w:r>
        <w:t>Fugiat labore non dolor ullamco nisi proident tempor duis consectetur enim consectetur duis quis eiusmod laborum dolore nulla do. Laborum nisi mollit non fugiat enim aliqua voluptate velit ea sit aliquip magna ea duis non aliqua voluptate ad culpa. Dolor magna aute qui excepteur magna cupidatat esse laboris proident lorem dolor ullamco reprehenderit excepteur do. Minim nostrud commodo tempor sint duis culpa laboris tempor dolore in dolor sed veniam magna enim cupidatat eiusmod esse. Reprehenderit in amet ullamco tempor do adipiscing dolor exercitation. Lorem ullamco irure in labore proident dolore sunt elit consectetur cillum ipsum ut minim eu aliquip deserunt exercitation consectetur. Nostrud sed irure ea laboris duis ea aute sed nulla proident labore cillum. Aliquip sit ipsum ullamco dolor non in elit. Pariatur ad irure ipsum mollit proident sed pariatur ullamco anim mollit proident velit est. Enim ipsum adipiscing exercitation est ex eu id sit nulla nisi.</w:t>
      </w:r>
    </w:p>
    <w:p>
      <w:r>
        <w:t>Ea voluptate enim lorem ullamco sed eu aute aliqua esse magna qui nulla adipiscing labore incididunt reprehenderit aliqua in. Incididunt reprehenderit aliquip dolor eiusmod labore nulla ea sit. Sunt nulla lorem do consectetur culpa qui dolore laborum consectetur dolore. Proident aute lorem tempor tempor dolor laboris magna ad aliquip non nisi voluptate dolore pariatur qui voluptate eu. Consectetur aliqua et velit in amet pariatur ipsum non tempor enim nisi ea officia excepteur quis aliquip nulla velit voluptate. Sed lorem sed dolor esse incididunt incididunt qui eu sint aliqua aliqua cillum exercitation.</w:t>
      </w:r>
    </w:p>
    <w:p>
      <w:r>
        <w:t>Cupidatat adipiscing qui commodo mollit deserunt veniam dolor ullamco officia labore. Aliqua reprehenderit lorem occaecat id velit quis incididunt anim proident veniam. Irure veniam et et nostrud consectetur exercitation sed in excepteur elit nisi. Ipsum consequat pariatur deserunt aliqua consectetur irure esse anim culpa id exercitation proident ipsum adipiscing. Anim aliquip exercitation dolore magna elit sed tempor cillum fugiat do eu est tempor. Incididunt do fugiat deserunt dolore laboris qui exercitation exercitation velit adipiscing non consequat irure. Consectetur exercitation in irure veniam sunt eu eiusmod ipsum culpa amet commodo cupidatat anim officia eu ullamco in nostrud. Amet sunt elit fugiat proident pariatur et lorem reprehenderit nisi nulla nostrud culpa id cupidatat id aliquip. Duis occaecat eiusmod in pariatur mollit labore dolore et irure sit ad irure velit mollit duis excepteur. Ullamco nulla et ullamco laboris laboris dolore aliquip aliquip cillum nostrud amet et nostrud qui lorem labore velit.</w:t>
      </w:r>
    </w:p>
    <w:p>
      <w:r>
        <w:t>Excepteur exercitation amet sed nisi magna et ut cillum duis dolor pariatur excepteur dolore mollit labore sunt pariatur. Ex et reprehenderit fugiat dolor sint sit lorem. Amet consectetur sint do elit nostrud laborum fugiat velit eu anim anim mollit consequat sint consectetur. Sunt non consequat ea laboris ea tempor dolore excepteur cupidatat est. Nulla minim lorem lorem consequat lorem commodo do ipsum non tempor eiusmod duis laborum velit fugiat sit consectetur voluptate. Esse sit exercitation exercitation commodo enim ea aliqua duis non. Irure ut culpa tempor duis quis labore veniam sit. Ad qui culpa sed officia aute labore pariatur non magna. Eu pariatur lorem tempor occaecat sit qui dolore enim. Sint mollit qui nulla minim lorem pariatur occaecat eu consectetur sunt.</w:t>
      </w:r>
    </w:p>
    <w:p>
      <w:r>
        <w:t>Enim tempor ad laboris mollit exercitation dolor dolore sed veniam amet magna. Dolor culpa ad ipsum velit fugiat ea veniam sed sint ullamco adipiscing veniam nulla amet id. Qui et aliquip irure tempor officia qui ut consequat aute proident sunt tempor. Qui adipiscing est non cillum culpa pariatur occaecat aliquip laboris culpa eu in anim in. Culpa eiusmod laboris proident velit enim sed sunt velit reprehenderit officia consequat adipiscing. Lorem non anim enim laborum aliquip velit qui ullamco proident eu pariatur excepteur magna laboris proident. Sed cillum culpa incididunt adipiscing eiusmod cillum quis dolore non tempor. Irure nulla minim occaecat tempor officia quis fugiat proident enim consectetur nulla fugiat ullamco do adipiscing ad ullamco ad.</w:t>
      </w:r>
    </w:p>
    <w:p>
      <w:r>
        <w:t>Sed lorem aliqua aliquip cupidatat tempor quis quis. Aute cillum non cupidatat ea ea qui deserunt. Esse proident amet cillum excepteur aliqua mollit labore. Nostrud enim id voluptate incididunt velit eiusmod magna. Nulla in dolor occaecat mollit aliquip laboris ut velit lorem et amet.</w:t>
      </w:r>
    </w:p>
    <w:p>
      <w:r>
        <w:t>Incididunt cillum enim in sunt dolore minim excepteur veniam elit commodo laboris sit id dolor aute velit amet. Tempor minim consequat ullamco deserunt deserunt dolore duis laboris esse laborum incididunt nostrud ad proident laborum duis. Elit in incididunt minim laboris ullamco elit quis mollit. In cillum non irure velit ex deserunt laborum sit enim excepteur elit laboris cillum cupidatat fugiat aliquip elit labore. Laboris voluptate deserunt aliqua ipsum do eiusmod quis voluptate ex eiusmod esse aute laboris lorem ipsum commodo.</w:t>
      </w:r>
    </w:p>
    <w:p>
      <w:r>
        <w:t>Consequat magna est laborum laborum cillum laborum mollit nostrud elit fugiat velit. Adipiscing excepteur deserunt cillum eu commodo nisi ex nostrud aliquip. Nostrud pariatur irure excepteur adipiscing consequat elit fugiat. Aliquip do aliqua sunt lorem occaecat excepteur et enim adipiscing mollit nulla consectetur lorem tempor dolor irure. Proident consectetur enim dolor et cillum sed anim ipsum deserunt minim fugiat amet ex ea dolor. Irure magna laboris excepteur qui ullamco elit elit sit anim fugiat incididunt velit non. Non non occaecat nostrud minim velit consectetur tempor minim mollit velit. Reprehenderit sint quis minim anim tempor eiusmod ullamco dolor fugiat qui culpa cupidatat lorem aute in id qui. Veniam elit consectetur nulla consectetur sed sint officia cupidatat incididunt ullamco enim cupidatat occaecat cillum voluptate.</w:t>
      </w:r>
    </w:p>
    <w:p>
      <w:r>
        <w:t>Irure et qui ut pariatur quis ad quis qui tempor velit cupidatat tempor. Elit nulla fugiat amet velit id non amet anim incididunt in deserunt dolore lorem cupidatat quis ut ea eu. Reprehenderit consectetur in nulla officia esse amet reprehenderit cupidatat commodo reprehenderit sed ad consectetur. Commodo mollit nisi reprehenderit adipiscing anim amet reprehenderit ex elit et. Velit ipsum sed aliquip do eiusmod cillum esse ut fugiat commodo velit voluptate. Irure commodo sunt consectetur reprehenderit ut aute aute reprehenderit sint. Et anim in voluptate laborum ea eu exercitation magna. Anim sint occaecat adipiscing consectetur do est proident lorem excepteur excepteur proident laboris sunt est. Laboris tempor in voluptate enim elit non mollit aute pariatur pariatur eiusmod consequat occaecat et id.</w:t>
      </w:r>
    </w:p>
    <w:p>
      <w:r>
        <w:t>Laboris deserunt irure incididunt voluptate minim quis dolore proident cillum cillum occaecat incididunt exercitation. Occaecat sunt laboris proident pariatur nisi fugiat cillum officia ad excepteur reprehenderit aute reprehenderit. Adipiscing eiusmod sunt qui enim occaecat ipsum culpa ea tempor nulla. Officia reprehenderit minim anim est mollit laboris consequat nulla eu voluptate cupidatat nulla laboris officia enim eiusmod velit. Dolore non veniam velit id officia reprehenderit amet eiusmod ad nisi non do quis. Dolore in esse qui do lorem in culpa ex dolor quis anim do in nisi deserunt officia aliquip aliquip. Magna consectetur deserunt deserunt adipiscing fugiat deserunt veniam adipiscing laboris ex in pariatur voluptate et mollit ad. Cupidatat velit sint enim lorem reprehenderit eiusmod magna magna eu eiusmod ullamco eu magna. Ad nisi minim proident aliquip exercitation esse deserunt in minim do non tempor. In et esse aliquip incididunt sed elit nostrud commodo do sunt reprehenderit est ea proident sunt reprehenderit excepteur laboris.</w:t>
      </w:r>
    </w:p>
    <w:p>
      <w:r>
        <w:t>Do nostrud in do et veniam aliquip enim dolore amet excepteur. Anim dolore consectetur ut occaecat labore magna sunt sunt veniam aliquip eiusmod consectetur ea exercitation magna sunt nostrud. Pariatur elit duis eiusmod magna minim lorem ad ut reprehenderit veniam et aute nisi. Non voluptate sunt occaecat tempor sint deserunt proident do id lorem voluptate ea labore. Sed pariatur commodo deserunt irure reprehenderit occaecat occaecat ea aliquip ullamco. Voluptate nostrud in consectetur duis est voluptate ullamco fugiat sit aliquip commodo aute excepteur. Anim officia dolor laboris deserunt eu minim commodo in id sunt et. Minim irure dolore officia nulla duis enim fugiat mollit. Dolore mollit deserunt esse cillum et minim nisi excepteur ad nulla sint id sint irure tempor exercitation reprehenderit.</w:t>
      </w:r>
    </w:p>
    <w:p>
      <w:r>
        <w:t>Nulla est non sint laborum ipsum non veniam sed incididunt voluptate incididunt pariatur elit. Aute sit dolor voluptate ullamco dolore in cillum cupidatat mollit reprehenderit dolore lorem fugiat anim est ea non incididunt id. Dolore sed velit tempor quis adipiscing reprehenderit aute officia ut ullamco eu quis duis elit. Ullamco sunt est velit irure minim eiusmod nisi eu voluptate incididunt culpa do deserunt. Esse occaecat veniam pariatur anim eu aliquip magna consequat mollit aute qui excepteur elit elit adipiscing ad. Commodo cupidatat elit pariatur id anim anim ex esse in tempor ex nisi.</w:t>
      </w:r>
    </w:p>
    <w:p>
      <w:r>
        <w:t>Laboris nisi ullamco veniam aute cillum duis cupidatat minim consectetur laboris consectetur ullamco nulla esse cillum. Veniam nisi amet officia tempor dolor incididunt amet eiusmod ad ad occaecat non commodo lorem. Amet culpa sit commodo aute esse excepteur ullamco dolor adipiscing mollit sit non laboris aliquip magna. Lorem id laboris eiusmod excepteur incididunt exercitation ad enim veniam nulla ullamco occaecat tempor adipiscing.</w:t>
      </w:r>
    </w:p>
    <w:p>
      <w:r>
        <w:br w:type="page"/>
      </w:r>
    </w:p>
    <w:p>
      <w:pPr>
        <w:pStyle w:val="Heading1"/>
      </w:pPr>
      <w:r>
        <w:t>Bijlage A — afbeelding</w:t>
      </w:r>
    </w:p>
    <w:p>
      <w:r>
        <w:drawing>
          <wp:inline xmlns:a="http://schemas.openxmlformats.org/drawingml/2006/main" xmlns:pic="http://schemas.openxmlformats.org/drawingml/2006/picture">
            <wp:extent cx="5029200" cy="5029200"/>
            <wp:docPr id="1" name="Picture 1"/>
            <wp:cNvGraphicFramePr>
              <a:graphicFrameLocks noChangeAspect="1"/>
            </wp:cNvGraphicFramePr>
            <a:graphic>
              <a:graphicData uri="http://schemas.openxmlformats.org/drawingml/2006/picture">
                <pic:pic>
                  <pic:nvPicPr>
                    <pic:cNvPr id="0" name="image.jpg"/>
                    <pic:cNvPicPr/>
                  </pic:nvPicPr>
                  <pic:blipFill>
                    <a:blip r:embed="rId9"/>
                    <a:stretch>
                      <a:fillRect/>
                    </a:stretch>
                  </pic:blipFill>
                  <pic:spPr>
                    <a:xfrm>
                      <a:off x="0" y="0"/>
                      <a:ext cx="5029200" cy="5029200"/>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12" Type="http://schemas.openxmlformats.org/officeDocument/2006/relationships/customXml" Target="../customXml/item4.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1A4A8BCC3F78D4997AFCA467829BF0C" ma:contentTypeVersion="13" ma:contentTypeDescription="Een nieuw document maken." ma:contentTypeScope="" ma:versionID="7910037f83a4bb13a93403821e1d8ffc">
  <xsd:schema xmlns:xsd="http://www.w3.org/2001/XMLSchema" xmlns:xs="http://www.w3.org/2001/XMLSchema" xmlns:p="http://schemas.microsoft.com/office/2006/metadata/properties" xmlns:ns2="ae6ac94e-3359-44ab-99e4-1c74a42ba66e" xmlns:ns3="7bfc33ec-6a0c-4f06-af15-cae7022b2d1a" targetNamespace="http://schemas.microsoft.com/office/2006/metadata/properties" ma:root="true" ma:fieldsID="b335c04dac181affaaab879065e98d83" ns2:_="" ns3:_="">
    <xsd:import namespace="ae6ac94e-3359-44ab-99e4-1c74a42ba66e"/>
    <xsd:import namespace="7bfc33ec-6a0c-4f06-af15-cae7022b2d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ac94e-3359-44ab-99e4-1c74a42ba6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738db6d3-20ec-4a41-a4ac-8fe2a5d31e6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fc33ec-6a0c-4f06-af15-cae7022b2d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f2460ea-135f-4bd6-86e9-723ecc532048}" ma:internalName="TaxCatchAll" ma:showField="CatchAllData" ma:web="7bfc33ec-6a0c-4f06-af15-cae7022b2d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7bfc33ec-6a0c-4f06-af15-cae7022b2d1a" xsi:nil="true"/>
    <lcf76f155ced4ddcb4097134ff3c332f xmlns="ae6ac94e-3359-44ab-99e4-1c74a42ba66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CB90EDD9-C342-44C4-9620-71CA40016971}"/>
</file>

<file path=customXml/itemProps3.xml><?xml version="1.0" encoding="utf-8"?>
<ds:datastoreItem xmlns:ds="http://schemas.openxmlformats.org/officeDocument/2006/customXml" ds:itemID="{61052673-3202-4DBC-AE43-59CB13F56574}"/>
</file>

<file path=customXml/itemProps4.xml><?xml version="1.0" encoding="utf-8"?>
<ds:datastoreItem xmlns:ds="http://schemas.openxmlformats.org/officeDocument/2006/customXml" ds:itemID="{6CBB72D9-54E2-4A27-B7D2-A65EE1EAB8E0}"/>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oreProperties>
</file>

<file path=docProps/custom.xml><?xml version="1.0" encoding="utf-8"?>
<Properties xmlns="http://schemas.openxmlformats.org/officeDocument/2006/custom-properties" xmlns:vt="http://schemas.openxmlformats.org/officeDocument/2006/docPropsVTypes">
</Properties>
</file>