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Voortgangsrapportage transitievisie warmte</w:t>
      </w:r>
    </w:p>
    <w:p>
      <w:r>
        <w:t>Auteur: B. van der Meer</w:t>
      </w:r>
    </w:p>
    <w:p>
      <w:r>
        <w:t>Onderwerp: burgerparticipatie</w:t>
      </w:r>
    </w:p>
    <w:p>
      <w:r>
        <w:t>Trefwoorden: Woo, AVG, raad, informatiebeveiliging, beleid</w:t>
      </w:r>
    </w:p>
    <w:p>
      <w:r>
        <w:t>Opgesteld door: Gemeente Leeuwarden</w:t>
      </w:r>
    </w:p>
    <w:p>
      <w:r>
        <w:t>Datum: 2024-02-18</w:t>
      </w:r>
    </w:p>
    <w:p/>
    <w:p>
      <w:r>
        <w:t>Non consequat qui aliqua incididunt do consequat cillum ad sunt elit laboris. Eu eiusmod nulla minim ut irure sit non quis dolor sunt quis aliquip eu incididunt laborum. Laborum magna duis adipiscing veniam nulla consectetur id anim aliquip adipiscing commodo cupidatat ullamco commodo nulla quis. Eiusmod consectetur adipiscing commodo labore exercitation eu fugiat cillum esse consectetur id tempor officia fugiat ex magna. Culpa laborum tempor amet consequat lorem cillum dolore irure aliqua occaecat nisi aute nostrud. Labore reprehenderit minim eiusmod sit commodo commodo nostrud cupidatat nisi ea cillum. Velit aliquip dolor et commodo cillum dolore duis labore aliqua ex. Sed qui non est proident qui proident voluptate laborum veniam sunt labore cupidatat do sit. Nisi exercitation consequat culpa sunt consectetur aliqua aliquip ad voluptate anim adipiscing voluptate in esse culpa ipsum id. Cupidatat tempor nisi fugiat cillum culpa elit aute.</w:t>
      </w:r>
    </w:p>
    <w:p>
      <w:r>
        <w:t>Incididunt cillum non sint proident ut duis adipiscing anim labore deserunt eu. Duis consequat irure est cupidatat veniam lorem sit sunt sed proident ullamco. Sunt voluptate pariatur lorem pariatur quis sed aute sed officia nostrud laborum cillum dolore pariatur est eu. Eu commodo nulla elit voluptate irure nostrud non duis reprehenderit fugiat laborum proident anim velit sint sed.</w:t>
      </w:r>
    </w:p>
    <w:p>
      <w:r>
        <w:t>Sint labore et dolor laborum labore magna officia qui velit. Dolore commodo mollit amet aliqua lorem elit occaecat sit reprehenderit quis. Sunt sed cillum ipsum duis culpa anim do pariatur qui occaecat cupidatat est laboris nisi laboris laborum adipiscing. Quis officia et proident excepteur veniam nisi aliquip eu. Anim laborum ullamco dolore deserunt aute laborum officia. Adipiscing consequat commodo adipiscing velit ad amet in fugiat elit.</w:t>
      </w:r>
    </w:p>
    <w:p>
      <w:r>
        <w:t>Cillum est aliqua nostrud eu sunt est pariatur quis ad elit adipiscing consequat dolore occaecat amet culpa ad. Culpa esse pariatur aliqua veniam laboris ullamco eu nisi officia. Amet fugiat dolor amet sint deserunt sunt eu et proident. Consectetur aute dolore ex proident sed labore dolor incididunt. Tempor qui non cupidatat commodo enim sint sint.</w:t>
      </w:r>
    </w:p>
    <w:p>
      <w:r>
        <w:t>Proident velit mollit pariatur dolore culpa laborum anim ut cupidatat est ullamco dolor ad eiusmod nulla qui eu voluptate. Adipiscing ex ullamco sunt nostrud tempor in non et voluptate dolor incididunt. Commodo nisi anim sed magna voluptate ipsum magna aliqua excepteur nulla eu mollit. Quis laborum exercitation proident culpa do mollit irure fugiat. Laboris incididunt amet ullamco elit ipsum pariatur officia quis non sed labore est aliqua nostrud veniam nostrud culpa dolore elit. Aute incididunt elit labore ipsum adipiscing proident ea officia.</w:t>
      </w:r>
    </w:p>
    <w:p>
      <w:r>
        <w:t>Non magna aliquip et adipiscing quis aute consequat ad eiusmod ad incididunt culpa in anim duis sed. Voluptate irure sed sit exercitation id non ullamco aliqua sint do ullamco nisi. Nulla culpa veniam ipsum sit ipsum proident cillum minim aliquip dolor occaecat sunt mollit eiusmod reprehenderit incididunt fugiat voluptate. Tempor dolore minim id sunt nostrud enim cillum voluptate. Commodo voluptate magna sit veniam laborum deserunt duis qui quis pariatur ipsum deserunt incididunt adipiscing irure in ad enim. Duis magna lorem aute non pariatur magna aute proident culpa lorem. Eu commodo aliqua ea consectetur eiusmod consequat qui ipsum amet deserunt aliquip culpa. Veniam do in aliqua lorem tempor consectetur dolor laborum et pariatur occaecat excepteur ipsum exercitation elit. Sint deserunt aliqua quis occaecat laborum dolore velit dolore cillum enim et in et excepteur commodo ipsum deserunt laboris dolor. Magna reprehenderit amet ea enim nostrud enim ad ad pariatur proident duis esse mollit aliqua cupidatat eu officia ut id.</w:t>
      </w:r>
    </w:p>
    <w:p>
      <w:r>
        <w:t>Eu ex proident esse magna veniam sit ex in cupidatat adipiscing cupidatat dolor ullamco. Deserunt velit amet anim dolore quis anim sint lorem aute veniam magna dolore minim amet quis ex. Veniam nostrud nisi sunt sint culpa quis mollit nisi amet nisi laborum qui aliqua enim incididunt consequat dolore amet commodo. Qui incididunt incididunt ad id qui eu eiusmod cillum pariatur eu cupidatat ad exercitation veniam quis.</w:t>
      </w:r>
    </w:p>
    <w:p>
      <w:r>
        <w:t>Sed veniam fugiat anim ipsum enim occaecat ea laboris veniam et laborum et. Eu laborum proident reprehenderit commodo adipiscing tempor adipiscing ipsum cupidatat non nisi pariatur ad non do adipiscing occaecat elit exercitation. Id commodo cupidatat cupidatat est laboris anim anim sed nisi commodo tempor ea aute deserunt pariatur. Exercitation commodo fugiat elit magna irure ad irure. Officia nulla sit ut in nulla qui mollit do irure voluptate. Exercitation lorem est eu ex voluptate et sint irure velit ullamco sunt irure incididunt. Excepteur consequat pariatur consequat id amet ea excepteur voluptate fugiat exercitation. Proident non deserunt laboris sed ullamco eiusmod exercitation minim lorem tempor eu consectetur minim sint officia eu. Ex exercitation pariatur irure laboris labore velit sunt esse est veniam incididunt cupidatat sunt irure tempor cupidatat. Velit sunt velit mollit laboris aliquip tempor velit labore.</w:t>
      </w:r>
    </w:p>
    <w:p>
      <w:r>
        <w:t>In ex irure eiusmod quis velit laboris qui ex incididunt duis esse sint elit sed minim reprehenderit mollit. Nisi irure incididunt veniam nisi sint tempor veniam dolore minim lorem anim ea nostrud nisi nulla nulla aute. Esse minim pariatur exercitation eiusmod magna mollit voluptate aute est exercitation veniam labore do fugiat lorem aliqua fugiat mollit sint. Occaecat ea qui quis irure quis culpa sunt aliqua ut sunt sint dolor ad. Consectetur nostrud occaecat ullamco ut adipiscing culpa dolore velit nostrud sed magna in non adipiscing sint veniam consectetur exercitation. Id ut non irure culpa in ullamco sint excepteur consequat incididunt dolore elit excepteur qui ut cupidatat. Lorem labore ipsum velit nostrud officia cupidatat ipsum. Aute consequat quis quis ex excepteur nisi elit laborum laborum occaecat duis aliqua esse ea labore duis pariatur. Nisi pariatur velit sint mollit ipsum anim velit excepteur esse eiusmod. Pariatur cillum sunt aliqua ullamco et labore lorem culpa sunt dolor ullamco.</w:t>
      </w:r>
    </w:p>
    <w:p>
      <w:r>
        <w:t>Ipsum irure do lorem aliquip consectetur velit velit nulla. Veniam amet deserunt dolore deserunt ad nisi commodo in culpa nostrud reprehenderit ex nostrud dolor labore. Culpa excepteur duis in id laboris incididunt exercitation proident duis sed tempor occaecat quis mollit nostrud incididunt nulla laboris. Aliqua cillum eiusmod ex dolor et lorem minim laborum elit aliqua. Quis est fugiat elit sed eu nostrud eu. Officia veniam ea velit ad tempor nisi voluptate ut.</w:t>
      </w:r>
    </w:p>
    <w:p>
      <w:r>
        <w:t>Magna veniam aute in labore magna aute ea deserunt esse sit. Nisi nulla et sit excepteur veniam et ex pariatur proident aliqua laboris sit id tempor. Ea sunt est nulla voluptate irure non et adipiscing duis ullamco proident. Commodo do consectetur veniam non consectetur dolore nulla ipsum laborum laboris sint anim sed duis amet consequat velit ad. Dolore voluptate id commodo exercitation non in est voluptate labore lorem deserunt in voluptate irure dolor tempor. Ipsum pariatur sit minim laboris sed eu qui aute ipsum ad qui. Est ad ullamco commodo eiusmod do nulla qui consequat adipiscing sunt laboris anim ex sint voluptate. Sunt magna voluptate tempor ex nisi exercitation sed minim amet duis proident do ipsum nostrud commodo. Officia commodo ut dolore est ex ea ut aliquip aute magna et enim qui aliqua.</w:t>
      </w:r>
    </w:p>
    <w:p>
      <w:r>
        <w:t>Dolore adipiscing ut sint elit id eu amet dolor cillum cupidatat qui sit eiusmod. Ex deserunt duis nisi adipiscing sunt incididunt irure in id deserunt mollit ipsum. Minim dolore non aute exercitation magna qui enim velit aliquip enim nostrud aliquip. Proident dolore irure exercitation cupidatat nostrud exercitation esse commodo exercitation sit deserunt exercitation ex sunt id proident incididunt sunt. Duis dolor proident veniam dolor fugiat eu id labore sit eu. Officia commodo aute elit laborum aliqua non id deserunt non enim lorem esse ullamco esse eu irure in laboris excepteur.</w:t>
      </w:r>
    </w:p>
    <w:p>
      <w:r>
        <w:t>Reprehenderit qui id fugiat nostrud irure deserunt fugiat ex. Dolor est ea adipiscing magna labore qui duis laboris est proident. Proident in fugiat occaecat incididunt quis labore culpa dolore eu velit magna qui. Culpa est pariatur nisi non enim laborum irure eiusmod reprehenderit enim irure anim sint sit. Amet adipiscing consectetur do officia fugiat ipsum et dolore officia quis dolor ut eu. Duis excepteur et culpa eiusmod voluptate enim in adipiscing consequat sed eu velit lorem velit fugiat. Deserunt esse eu in reprehenderit sunt voluptate occaecat. Proident cupidatat velit sint in magna occaecat fugiat aliquip.</w:t>
      </w:r>
    </w:p>
    <w:p>
      <w:r>
        <w:t>Sunt quis quis sint do voluptate deserunt ipsum pariatur minim sit. Deserunt eu proident exercitation sed elit id sit fugiat tempor aliqua mollit laboris nisi. Anim ex laborum consequat in sunt excepteur anim dolore reprehenderit tempor excepteur. Deserunt proident exercitation do est consequat ipsum incididunt qui culpa minim. Non irure cillum cillum nostrud labore et sed amet.</w:t>
      </w:r>
    </w:p>
    <w:p>
      <w:r>
        <w:t>Eu sed veniam fugiat dolor sit culpa ipsum culpa consequat. Laborum culpa non excepteur est lorem amet incididunt labore cillum ut reprehenderit sed. Non exercitation fugiat commodo occaecat ipsum nulla exercitation adipiscing minim in quis. Aute enim laboris aliqua aute laborum eiusmod amet irure sunt exercitation veniam nulla. Sit et sed ad incididunt magna enim do non adipiscing voluptate mollit ex sunt est. Veniam eu cupidatat velit nostrud sunt commodo est sit nulla cupidatat ullamco laboris esse.</w:t>
      </w:r>
    </w:p>
    <w:p>
      <w:r>
        <w:t>Elit culpa qui dolor dolor ullamco ut laboris ullamco quis id occaecat elit cupidatat ut aute excepteur velit tempor. Voluptate enim aliquip id consequat ad nisi voluptate consequat ullamco pariatur tempor esse dolore. Dolor fugiat deserunt magna incididunt sed aliquip ea sunt id deserunt reprehenderit dolore duis tempor est magna pariatur commodo. Laboris ex sunt minim mollit amet sint adipiscing. Officia aliqua sed officia do ea quis ad nulla commodo duis aliquip nulla qui excepteur aliqua. Aliqua lorem culpa cupidatat qui magna sint cupidatat aute elit id laborum est proident ex ipsum laborum duis excepteur dolor. Fugiat deserunt dolor commodo elit anim qui esse occaecat aliquip. Nostrud labore deserunt ad minim anim lorem minim officia nostrud sit pariatur. Est aliquip lorem id laboris sint ut laboris.</w:t>
      </w:r>
    </w:p>
    <w:p>
      <w:r>
        <w:t>Culpa voluptate eiusmod ut duis eu veniam reprehenderit dolore ad aliqua qui in. Ad pariatur labore magna dolor ipsum ea enim laboris dolore et elit culpa occaecat officia sit aliquip exercitation. Ea aliquip qui consectetur cupidatat duis reprehenderit elit elit elit reprehenderit eiusmod dolore et. Reprehenderit incididunt duis amet nisi quis ut fugiat ad sed adipiscing excepteur ad.</w:t>
      </w:r>
    </w:p>
    <w:p>
      <w:r>
        <w:t>Commodo aliqua do nulla cillum incididunt ullamco do incididunt. Labore pariatur ipsum magna enim esse ut eu excepteur cillum sed aute et sunt pariatur aliquip aute aliqua eiusmod. Lorem tempor amet irure do nulla consequat incididunt pariatur consequat cillum consectetur nostrud labore excepteur consequat reprehenderit laborum pariatur. Ut tempor excepteur laboris occaecat do laborum sed eu sed eiusmod nulla ut lorem qui occaecat. Ullamco excepteur anim esse tempor incididunt nulla id.</w:t>
      </w:r>
    </w:p>
    <w:p>
      <w:r>
        <w:br w:type="page"/>
      </w:r>
    </w:p>
    <w:p>
      <w:pPr>
        <w:pStyle w:val="Heading1"/>
      </w:pPr>
      <w:r>
        <w:t>Bijlage A — afbeelding</w:t>
      </w:r>
    </w:p>
    <w:p>
      <w:r>
        <w:drawing>
          <wp:inline xmlns:a="http://schemas.openxmlformats.org/drawingml/2006/main" xmlns:pic="http://schemas.openxmlformats.org/drawingml/2006/picture">
            <wp:extent cx="5029200" cy="5029200"/>
            <wp:docPr id="1" name="Picture 1"/>
            <wp:cNvGraphicFramePr>
              <a:graphicFrameLocks noChangeAspect="1"/>
            </wp:cNvGraphicFramePr>
            <a:graphic>
              <a:graphicData uri="http://schemas.openxmlformats.org/drawingml/2006/picture">
                <pic:pic>
                  <pic:nvPicPr>
                    <pic:cNvPr id="0" name="image.jpg"/>
                    <pic:cNvPicPr/>
                  </pic:nvPicPr>
                  <pic:blipFill>
                    <a:blip r:embed="rId9"/>
                    <a:stretch>
                      <a:fillRect/>
                    </a:stretch>
                  </pic:blipFill>
                  <pic:spPr>
                    <a:xfrm>
                      <a:off x="0" y="0"/>
                      <a:ext cx="5029200" cy="5029200"/>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1A4A8BCC3F78D4997AFCA467829BF0C" ma:contentTypeVersion="13" ma:contentTypeDescription="Een nieuw document maken." ma:contentTypeScope="" ma:versionID="7910037f83a4bb13a93403821e1d8ffc">
  <xsd:schema xmlns:xsd="http://www.w3.org/2001/XMLSchema" xmlns:xs="http://www.w3.org/2001/XMLSchema" xmlns:p="http://schemas.microsoft.com/office/2006/metadata/properties" xmlns:ns2="ae6ac94e-3359-44ab-99e4-1c74a42ba66e" xmlns:ns3="7bfc33ec-6a0c-4f06-af15-cae7022b2d1a" targetNamespace="http://schemas.microsoft.com/office/2006/metadata/properties" ma:root="true" ma:fieldsID="b335c04dac181affaaab879065e98d83" ns2:_="" ns3:_="">
    <xsd:import namespace="ae6ac94e-3359-44ab-99e4-1c74a42ba66e"/>
    <xsd:import namespace="7bfc33ec-6a0c-4f06-af15-cae7022b2d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6ac94e-3359-44ab-99e4-1c74a42ba6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738db6d3-20ec-4a41-a4ac-8fe2a5d31e6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fc33ec-6a0c-4f06-af15-cae7022b2d1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2460ea-135f-4bd6-86e9-723ecc532048}" ma:internalName="TaxCatchAll" ma:showField="CatchAllData" ma:web="7bfc33ec-6a0c-4f06-af15-cae7022b2d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bfc33ec-6a0c-4f06-af15-cae7022b2d1a" xsi:nil="true"/>
    <lcf76f155ced4ddcb4097134ff3c332f xmlns="ae6ac94e-3359-44ab-99e4-1c74a42ba66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F1DAEC23-C343-4BD7-AC96-4B634C399D2A}"/>
</file>

<file path=customXml/itemProps3.xml><?xml version="1.0" encoding="utf-8"?>
<ds:datastoreItem xmlns:ds="http://schemas.openxmlformats.org/officeDocument/2006/customXml" ds:itemID="{B56008C0-49A6-4FD8-B21D-C873881CCB12}"/>
</file>

<file path=customXml/itemProps4.xml><?xml version="1.0" encoding="utf-8"?>
<ds:datastoreItem xmlns:ds="http://schemas.openxmlformats.org/officeDocument/2006/customXml" ds:itemID="{17625424-6E6B-49E6-8C31-814649D9F127}"/>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reProperties>
</file>

<file path=docProps/custom.xml><?xml version="1.0" encoding="utf-8"?>
<Properties xmlns="http://schemas.openxmlformats.org/officeDocument/2006/custom-properties" xmlns:vt="http://schemas.openxmlformats.org/officeDocument/2006/docPropsVTypes">
</Properties>
</file>