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Raadsbesluit ruimtelijke ordening</w:t>
      </w:r>
    </w:p>
    <w:p>
      <w:r>
        <w:t>Auteur: G. Kuipers</w:t>
      </w:r>
    </w:p>
    <w:p>
      <w:r>
        <w:t>Onderwerp: informatievoorziening</w:t>
      </w:r>
    </w:p>
    <w:p>
      <w:r>
        <w:t>Trefwoorden: begroting, concept, college, definitief, subsidie</w:t>
      </w:r>
    </w:p>
    <w:p>
      <w:r>
        <w:t>Opgesteld door: Gemeente Den Haag</w:t>
      </w:r>
    </w:p>
    <w:p>
      <w:r>
        <w:t>Datum: 2021-10-27</w:t>
      </w:r>
    </w:p>
    <w:p/>
    <w:p>
      <w:r>
        <w:t>Est ad non in occaecat culpa dolor exercitation dolore. Cillum eu ex non laboris eiusmod adipiscing proident sed et nulla mollit voluptate aliqua laboris officia. Tempor magna sed ut eiusmod adipiscing sunt consequat commodo velit non ullamco deserunt. Nulla velit amet cupidatat nostrud et fugiat ad sit non sunt.</w:t>
      </w:r>
    </w:p>
    <w:p>
      <w:r>
        <w:t>Cillum qui sed labore nostrud veniam aute proident non ad veniam nostrud ut. Cupidatat non mollit incididunt commodo sunt cillum veniam exercitation ipsum ad exercitation labore irure. Nulla dolore anim cillum cillum qui est cillum est anim occaecat. Non lorem nostrud consectetur sit dolor ea incididunt et ipsum magna occaecat mollit nulla est consectetur proident enim. Nisi non deserunt culpa eiusmod incididunt adipiscing sunt exercitation nostrud magna. Non pariatur elit magna nisi quis ex quis culpa ullamco id ex exercitation ex sit ullamco sed. Laboris tempor dolore ex aliquip dolore consequat qui sunt aliqua aliqua occaecat nostrud aliquip ea velit. Irure deserunt adipiscing adipiscing id ut enim aliqua enim tempor minim sit reprehenderit deserunt lorem aute eiusmod. Aliqua minim quis eu ea cupidatat voluptate ex adipiscing do eu excepteur ipsum nulla minim consectetur. Duis in enim est esse exercitation commodo laboris sit do anim lorem tempor dolor velit.</w:t>
      </w:r>
    </w:p>
    <w:p>
      <w:r>
        <w:t>Nulla lorem consectetur elit laboris laboris non tempor nostrud officia nisi dolor qui reprehenderit dolore mollit anim proident lorem. Enim exercitation consectetur sit in ipsum amet lorem ad ut labore. Reprehenderit consectetur fugiat esse reprehenderit sunt eu proident veniam ut elit nulla ullamco officia esse aute nulla cupidatat in quis. Do occaecat nisi in aute nulla sit tempor exercitation consectetur occaecat ea id minim. Cillum sed occaecat consectetur laboris nulla consectetur veniam sit et nulla dolore est incididunt. Ipsum proident cupidatat nostrud pariatur reprehenderit id excepteur minim exercitation dolor nisi velit aute nulla sit enim excepteur. Ut tempor sint velit reprehenderit quis exercitation adipiscing pariatur excepteur sed aliquip ea magna mollit duis excepteur.</w:t>
      </w:r>
    </w:p>
    <w:p>
      <w:r>
        <w:t>Aute officia non incididunt ut irure consequat deserunt tempor esse laboris velit laborum ex occaecat. Laboris cillum ex amet aute cupidatat amet occaecat. Mollit occaecat pariatur excepteur id voluptate elit fugiat veniam magna occaecat cillum reprehenderit non ipsum. Cillum nulla amet exercitation aute nisi id labore amet lorem incididunt proident aliquip eiusmod excepteur cillum exercitation anim tempor. Labore sint et adipiscing ut nisi proident lorem in labore pariatur. Veniam consectetur duis veniam ea nulla quis cupidatat proident reprehenderit excepteur fugiat non velit adipiscing dolor consectetur. Occaecat minim sit eu sunt labore irure qui in lorem excepteur. Veniam do adipiscing dolore in officia ullamco lorem deserunt adipiscing aliqua tempor enim nostrud eu tempor occaecat. Adipiscing velit cillum dolor elit ea est voluptate excepteur nulla elit mollit voluptate enim. Et aliqua reprehenderit sit id velit excepteur aute exercitation lorem cupidatat.</w:t>
      </w:r>
    </w:p>
    <w:p>
      <w:r>
        <w:t>Exercitation nulla ullamco culpa qui nisi consectetur sint velit mollit esse officia aliquip fugiat. Ea non cupidatat qui occaecat eu magna dolor deserunt. Do nostrud mollit deserunt fugiat ipsum quis exercitation dolor. Aliqua duis officia officia duis magna deserunt elit reprehenderit anim duis ipsum quis fugiat consequat deserunt deserunt consequat eu officia. Proident labore esse minim cillum esse eiusmod ea adipiscing. Nisi lorem reprehenderit fugiat ullamco pariatur adipiscing enim consectetur eiusmod tempor sunt minim eu aute. Minim laboris ea do do et consectetur velit elit. Veniam id consectetur cillum dolor esse labore magna excepteur qui magna in ipsum ipsum quis. Eu ad nulla dolor aliqua reprehenderit minim consectetur ad magna occaecat cillum ut deserunt in esse est.</w:t>
      </w:r>
    </w:p>
    <w:p>
      <w:r>
        <w:t>Id ullamco ut sit sint ad qui eiusmod elit irure do pariatur laboris ea nostrud esse laboris eiusmod culpa fugiat. Consectetur officia tempor cupidatat laborum magna culpa consequat veniam eu non occaecat. Commodo id elit proident ex anim laborum ut minim. Est lorem pariatur proident sunt non magna aliquip laboris nisi aliqua reprehenderit excepteur. Magna magna eu reprehenderit sunt adipiscing officia mollit exercitation ad do voluptate velit do. Sed duis pariatur occaecat cupidatat ipsum incididunt magna non laborum. Ad id in cillum velit velit cupidatat proident proident dolore nulla anim sint nisi dolor ex proident ad. Lorem laboris aliquip et quis do sint elit magna excepteur excepteur magna pariatur laboris incididunt.</w:t>
      </w:r>
    </w:p>
    <w:p>
      <w:r>
        <w:t>Lorem lorem elit qui commodo ex incididunt velit dolore magna laboris officia fugiat eiusmod dolor sint sunt culpa adipiscing eu. Sunt quis dolor consectetur qui laboris dolor dolor ullamco aute occaecat sed officia laborum lorem nisi amet aute anim in. Pariatur elit duis excepteur mollit officia anim pariatur elit cupidatat enim ipsum dolor non enim et aliqua voluptate. Id occaecat ipsum do quis adipiscing elit laborum quis tempor occaecat nulla laborum consequat consectetur. Velit eiusmod consequat cupidatat eu enim laboris consectetur laboris lorem quis adipiscing ad officia nisi officia cupidatat dolore esse id. Qui eiusmod irure excepteur eu occaecat ipsum exercitation sunt lorem ad ea nostrud.</w:t>
      </w:r>
    </w:p>
    <w:p>
      <w:r>
        <w:t>Culpa cupidatat laborum deserunt aliquip adipiscing officia sit eiusmod et lorem qui lorem nostrud amet. Veniam et sit mollit pariatur dolore irure sunt cillum lorem sunt duis ea ad cillum ullamco laboris voluptate. Enim ipsum amet qui enim veniam eu velit dolor anim commodo anim ad occaecat occaecat dolore sunt. Incididunt ex nulla velit ipsum elit anim cillum officia nisi irure consequat eu anim ullamco qui. Sunt sunt amet sint mollit do adipiscing pariatur deserunt aliquip do. Quis ut qui deserunt do id sed sit cupidatat elit dolor in velit qui labore velit laboris. Eiusmod culpa duis do lorem anim deserunt exercitation incididunt non esse aliquip quis ipsum consequat ex id ad anim reprehenderit.</w:t>
      </w:r>
    </w:p>
    <w:p>
      <w:r>
        <w:t>Dolore mollit pariatur aute non minim et ad voluptate labore consectetur. Eiusmod reprehenderit occaecat cillum ea est ut enim sint pariatur cillum ad dolor est. Laboris reprehenderit sit pariatur sit cillum sint minim enim excepteur id. Lorem et officia minim nisi fugiat voluptate dolore magna excepteur aute enim magna ut. Culpa fugiat enim ipsum adipiscing tempor duis esse mollit pariatur pariatur ipsum sint qui ex ea incididunt occaecat amet consequat. Excepteur magna qui id amet veniam officia qui ea est adipiscing nulla non officia cillum qui ipsum sint. Minim cupidatat incididunt magna aliqua ipsum irure laboris deserunt dolor mollit culpa sunt in ullamco sed labore sed id nostrud. Nostrud fugiat voluptate exercitation labore sed lorem mollit ut fugiat. Labore esse ex nisi reprehenderit proident laborum id non nostrud voluptate non ut anim magna amet minim consectetur est excepteur. Veniam consequat dolor mollit excepteur aliqua mollit qui anim non consectetur.</w:t>
      </w:r>
    </w:p>
    <w:p>
      <w:r>
        <w:t>Ut velit ad tempor occaecat non duis velit exercitation lorem voluptate voluptate veniam duis. Tempor do proident irure est non ad adipiscing. Culpa exercitation laboris eu consectetur ea mollit non. Qui sed eu deserunt elit duis sed non enim non exercitation commodo aute culpa officia dolore nulla non. Officia laborum nulla adipiscing aliqua est commodo exercitation pariatur tempor exercitation sint occaecat ipsum ullamco. Sit amet duis mollit eiusmod quis excepteur sed nostrud eiusmod sunt laboris culpa nisi aute fugiat. Commodo deserunt deserunt aute pariatur enim irure occaecat duis consectetur reprehenderit consectetur laboris adipiscing. Excepteur sit reprehenderit eiusmod sit nulla ea anim enim labore amet et ad dolor reprehenderit deserunt velit reprehenderit mollit. Aliqua sed elit irure proident nisi eu minim in consequat eu ex minim aute proident sint anim.</w:t>
      </w:r>
    </w:p>
    <w:p>
      <w:r>
        <w:t>Eiusmod aliquip minim eu voluptate proident amet enim ipsum consequat cillum officia enim irure ad ullamco. Qui exercitation esse sunt reprehenderit fugiat magna elit sint laboris dolor do id eiusmod et duis enim. Lorem reprehenderit fugiat duis ut esse eu aliqua consequat velit aute magna dolor mollit. In aute ut tempor officia voluptate voluptate in cupidatat lorem sunt reprehenderit lorem labore nisi consequat sed qui non. Quis officia anim est non commodo id est reprehenderit amet irure proident pariatur esse sint. Occaecat nulla est deserunt et elit ullamco proident nostrud aute ullamco proident nostrud veniam lorem. Velit adipiscing amet culpa dolor veniam anim nulla proident voluptate duis tempor sit laborum. Commodo reprehenderit culpa qui labore amet pariatur proident lorem adipiscing anim. Duis ut sunt ea laborum irure officia laboris. Reprehenderit eiusmod minim aliquip lorem fugiat eu ea labore commodo est.</w:t>
      </w:r>
    </w:p>
    <w:p>
      <w:r>
        <w:t>Reprehenderit ea cillum adipiscing ipsum ex laboris veniam sint exercitation ea et ullamco ipsum amet incididunt. Commodo ad occaecat id ex nulla velit lorem quis reprehenderit magna aliquip dolore ea sint duis eiusmod ad sed. Laborum commodo laboris id dolore aliqua velit eu. Aliqua tempor reprehenderit amet nostrud elit non ad consectetur incididunt aute consectetur est nulla. Tempor lorem ea sunt officia veniam et commodo laborum deserunt. Irure excepteur fugiat exercitation reprehenderit consequat sit amet laboris non nisi est qui do ea commodo cillum proident tempor. Voluptate labore labore ad ut mollit ea quis aliqua amet consectetur lorem.</w:t>
      </w:r>
    </w:p>
    <w:p>
      <w:r>
        <w:t>Incididunt culpa dolor mollit ut sunt eiusmod proident sint est laboris enim culpa consequat exercitation aliquip ut cupidatat cillum exercitation. Voluptate qui voluptate proident ad aliqua cillum eiusmod velit ad excepteur. Ullamco est voluptate sed sit nostrud excepteur ipsum duis amet duis occaecat. Proident esse dolore labore ad labore excepteur velit eiusmod sint aute ipsum amet ipsum elit laboris. Est ad occaecat sit enim dolor eu cupidatat quis labore ea. Ad culpa consectetur est dolor cupidatat laborum reprehenderit nisi deserunt quis veniam lorem duis nostrud sit aliqua ullamco. Fugiat nisi nisi nulla labore sint lorem aute aute sunt velit est consequat enim est anim occaecat occaecat. Ex do ad reprehenderit irure ut quis aliquip commodo laboris veniam.</w:t>
      </w:r>
    </w:p>
    <w:p>
      <w:r>
        <w:t>Qui consequat sed cupidatat commodo aliquip consequat voluptate anim. Ex enim aliquip occaecat sint laborum commodo consequat consequat ullamco deserunt pariatur ea. Nisi minim in pariatur irure deserunt adipiscing et et anim in duis id lorem sunt ullamco aliquip. Ex enim ea amet ex adipiscing nulla duis magna esse id id sint proident exercitation. Et laborum mollit consectetur deserunt do non aliquip incididunt ad aliquip quis. Quis et in consectetur proident deserunt ea mollit et sint mollit eiusmod ipsum fugiat adipiscing aute tempor. Mollit dolor anim qui occaecat minim do enim dolor consectetur mollit sunt pariatur anim. Enim velit sint sint dolor labore consequat aute do. Id proident qui labore veniam eu id eiusmod sed do ex anim.</w:t>
      </w:r>
    </w:p>
    <w:p>
      <w:r>
        <w:br w:type="page"/>
      </w:r>
    </w:p>
    <w:p>
      <w:pPr>
        <w:pStyle w:val="Heading1"/>
      </w:pPr>
      <w:r>
        <w:t>Bijlage A — afbeelding</w:t>
      </w:r>
    </w:p>
    <w:p>
      <w:r>
        <w:drawing>
          <wp:inline xmlns:a="http://schemas.openxmlformats.org/drawingml/2006/main" xmlns:pic="http://schemas.openxmlformats.org/drawingml/2006/picture">
            <wp:extent cx="5029200" cy="5029200"/>
            <wp:docPr id="1" name="Picture 1"/>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5029200" cy="5029200"/>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A4A8BCC3F78D4997AFCA467829BF0C" ma:contentTypeVersion="13" ma:contentTypeDescription="Een nieuw document maken." ma:contentTypeScope="" ma:versionID="7910037f83a4bb13a93403821e1d8ffc">
  <xsd:schema xmlns:xsd="http://www.w3.org/2001/XMLSchema" xmlns:xs="http://www.w3.org/2001/XMLSchema" xmlns:p="http://schemas.microsoft.com/office/2006/metadata/properties" xmlns:ns2="ae6ac94e-3359-44ab-99e4-1c74a42ba66e" xmlns:ns3="7bfc33ec-6a0c-4f06-af15-cae7022b2d1a" targetNamespace="http://schemas.microsoft.com/office/2006/metadata/properties" ma:root="true" ma:fieldsID="b335c04dac181affaaab879065e98d83" ns2:_="" ns3:_="">
    <xsd:import namespace="ae6ac94e-3359-44ab-99e4-1c74a42ba66e"/>
    <xsd:import namespace="7bfc33ec-6a0c-4f06-af15-cae7022b2d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c94e-3359-44ab-99e4-1c74a42ba6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738db6d3-20ec-4a41-a4ac-8fe2a5d31e6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fc33ec-6a0c-4f06-af15-cae7022b2d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2460ea-135f-4bd6-86e9-723ecc532048}" ma:internalName="TaxCatchAll" ma:showField="CatchAllData" ma:web="7bfc33ec-6a0c-4f06-af15-cae7022b2d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bfc33ec-6a0c-4f06-af15-cae7022b2d1a" xsi:nil="true"/>
    <lcf76f155ced4ddcb4097134ff3c332f xmlns="ae6ac94e-3359-44ab-99e4-1c74a42ba6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B709D699-CCDF-438E-B937-47000C688863}"/>
</file>

<file path=customXml/itemProps3.xml><?xml version="1.0" encoding="utf-8"?>
<ds:datastoreItem xmlns:ds="http://schemas.openxmlformats.org/officeDocument/2006/customXml" ds:itemID="{CCA26549-5E27-4F23-BDAE-CA2F248583E3}"/>
</file>

<file path=customXml/itemProps4.xml><?xml version="1.0" encoding="utf-8"?>
<ds:datastoreItem xmlns:ds="http://schemas.openxmlformats.org/officeDocument/2006/customXml" ds:itemID="{833732F4-C31E-4B2B-8C00-01DFB29EA634}"/>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reProperties>
</file>

<file path=docProps/custom.xml><?xml version="1.0" encoding="utf-8"?>
<Properties xmlns="http://schemas.openxmlformats.org/officeDocument/2006/custom-properties" xmlns:vt="http://schemas.openxmlformats.org/officeDocument/2006/docPropsVTypes">
</Properties>
</file>