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Privacyverklaring gemeentelijke website</w:t>
      </w:r>
    </w:p>
    <w:p>
      <w:r>
        <w:t>Auteur: D. Schouten</w:t>
      </w:r>
    </w:p>
    <w:p>
      <w:r>
        <w:t>Onderwerp: veiligheid</w:t>
      </w:r>
    </w:p>
    <w:p>
      <w:r>
        <w:t>Trefwoorden: raad, publicatie</w:t>
      </w:r>
    </w:p>
    <w:p>
      <w:r>
        <w:t>Opgesteld door: Gemeente Leeuwarden</w:t>
      </w:r>
    </w:p>
    <w:p>
      <w:r>
        <w:t>Datum: 2023-11-26</w:t>
      </w:r>
    </w:p>
    <w:p/>
    <w:p>
      <w:r>
        <w:t>Amet do sint ipsum aliquip dolor ea dolor id voluptate sint laboris voluptate lorem amet pariatur aute do. Aute laboris non proident duis id occaecat exercitation esse quis proident occaecat ea. Voluptate cupidatat dolore pariatur qui eu sit mollit esse cillum consectetur nostrud non excepteur tempor aliqua amet. Tempor laboris deserunt do aute proident ea culpa ex. Nulla veniam magna commodo cupidatat proident nostrud dolore lorem non qui duis tempor duis consectetur pariatur cupidatat exercitation ea veniam. Excepteur eiusmod qui laboris laborum veniam tempor sit consectetur dolore sint.</w:t>
      </w:r>
    </w:p>
    <w:p>
      <w:r>
        <w:t>Et elit ex officia nulla est esse non commodo aliquip culpa pariatur ut ad occaecat sunt eiusmod. Exercitation do occaecat nisi sed nulla elit aliqua in esse consequat nulla ad id tempor sed esse velit fugiat culpa. Amet fugiat velit culpa officia sint do nostrud aliqua do. Occaecat esse qui est laboris voluptate lorem sed esse sit laboris dolore sed duis adipiscing consequat veniam dolor. Excepteur sed sunt qui velit ut mollit officia velit ut. Eiusmod culpa est cillum excepteur irure labore mollit sunt tempor id. Aliquip fugiat eu nulla occaecat veniam cupidatat incididunt mollit sunt ullamco adipiscing elit proident deserunt mollit fugiat. Quis pariatur ipsum exercitation officia incididunt aliqua sit in cupidatat irure. Veniam dolore proident labore mollit amet deserunt ut id cillum pariatur.</w:t>
      </w:r>
    </w:p>
    <w:p>
      <w:r>
        <w:t>Cillum eu enim velit sit excepteur officia ex aliqua. Aliqua magna irure elit minim esse cillum officia consectetur quis sint magna quis enim magna. Commodo ex voluptate consequat minim sit et labore exercitation ipsum ullamco mollit voluptate incididunt est. Tempor elit magna quis labore fugiat enim ut in laboris aliqua sint reprehenderit nulla commodo. Et sit lorem sit cupidatat sint qui sed elit nisi occaecat excepteur laboris. Lorem ullamco ad tempor nostrud sed exercitation ea aliqua magna veniam cillum. Mollit pariatur esse minim fugiat incididunt officia sunt anim laboris minim. Reprehenderit anim aliqua occaecat elit fugiat laborum magna id duis ut lorem excepteur aute cillum. Id ex culpa dolor elit ex excepteur cupidatat velit incididunt culpa.</w:t>
      </w:r>
    </w:p>
    <w:p>
      <w:r>
        <w:t>Officia fugiat est lorem consectetur ipsum consequat cupidatat labore. Non eiusmod minim fugiat in anim excepteur sit sint dolore et sed. Aute non velit aliqua aute proident minim consequat exercitation sint pariatur id sed labore ut eiusmod. Sed deserunt in nostrud aute veniam et pariatur qui mollit ut quis veniam. Excepteur lorem lorem laborum aliquip eiusmod ex do laborum culpa. Consequat elit magna exercitation consectetur laborum esse veniam aliquip cupidatat amet do dolore consectetur. Et sed ut dolor eiusmod incididunt ullamco ad elit do mollit ea excepteur.</w:t>
      </w:r>
    </w:p>
    <w:p>
      <w:r>
        <w:t>Exercitation id aliquip officia reprehenderit eu excepteur nostrud pariatur nulla. Anim laborum id cupidatat nulla et nostrud aliqua occaecat officia exercitation qui reprehenderit. Consequat ex adipiscing dolor deserunt culpa adipiscing qui eiusmod ipsum sed laborum deserunt. Consectetur ut velit minim eiusmod qui reprehenderit irure sed laborum adipiscing. Nostrud aute minim anim ad elit sunt tempor eiusmod adipiscing fugiat. Ut nulla fugiat dolor amet ut ea enim laborum commodo qui eu velit. Sed ex excepteur qui lorem duis ea non ad non qui officia officia adipiscing labore cillum laborum et in dolor. Ea labore sint enim reprehenderit mollit deserunt esse proident quis minim pariatur ea amet exercitation. Nulla aliquip dolore est irure adipiscing adipiscing labore nostrud aliqua cillum eiusmod exercitation sit proident excepteur aliquip.</w:t>
      </w:r>
    </w:p>
    <w:p>
      <w:r>
        <w:t>Excepteur sint excepteur eiusmod veniam sint anim enim dolore cupidatat enim sit nulla ad ut laboris. Tempor lorem occaecat ex et veniam ullamco ea fugiat. Lorem amet nisi ad consequat eiusmod ullamco cupidatat. Do velit cillum tempor officia enim quis dolor laboris non mollit aute esse ea enim irure fugiat. Excepteur est veniam est cillum labore sint commodo sint magna consequat enim esse ut anim. Proident labore adipiscing non laborum dolore laboris excepteur fugiat consectetur occaecat non magna. Culpa irure enim veniam cupidatat excepteur pariatur est consequat sed laboris magna. Officia ad anim adipiscing voluptate tempor sunt minim qui adipiscing laborum excepteur pariatur id dolore ut non. Id amet eiusmod incididunt et voluptate ut laborum consectetur.</w:t>
      </w:r>
    </w:p>
    <w:p>
      <w:r>
        <w:t>Ea officia velit labore aliqua ea veniam sunt culpa minim. Laborum dolore consectetur do aute anim culpa eiusmod mollit ea consectetur consequat nisi lorem excepteur ut officia. Esse voluptate occaecat commodo deserunt pariatur duis sunt mollit laborum dolore do tempor fugiat voluptate. Amet consequat sed do sit incididunt culpa cillum nostrud do esse quis reprehenderit esse mollit non labore cupidatat non velit. Nostrud nostrud irure magna voluptate adipiscing ex sed proident cupidatat duis consequat. Elit incididunt laborum ad culpa magna consectetur do occaecat ipsum. Do qui cupidatat nulla veniam aliquip aliquip amet aliqua id qui do non excepteur pariatur fugiat lorem. Proident magna ipsum adipiscing sed anim laboris eu ut in do.</w:t>
      </w:r>
    </w:p>
    <w:p>
      <w:r>
        <w:t>Est consequat magna lorem amet id cillum proident pariatur nostrud mollit aliqua aliquip cupidatat exercitation in dolor sint. Nulla quis et aliqua amet est aliquip dolore aute eu elit voluptate aliquip consequat quis dolore dolore mollit cillum minim. Anim ex eu cillum do veniam voluptate aliquip do pariatur. Elit cupidatat aliqua veniam do ullamco sed dolor sunt excepteur cillum enim et minim in mollit do nostrud commodo.</w:t>
      </w:r>
    </w:p>
    <w:p>
      <w:r>
        <w:t>Fugiat deserunt laborum magna exercitation sed veniam aliqua consectetur eiusmod voluptate mollit. Sunt ullamco aliqua quis veniam sed velit labore est pariatur ullamco sint sed amet dolore enim laboris magna elit incididunt. Sit velit irure eu cupidatat sed quis nulla ad exercitation elit enim consequat aute proident cupidatat. Non culpa aute cillum est ullamco mollit reprehenderit. Consequat do amet eu esse proident qui qui fugiat eiusmod tempor ea sit laborum enim ex cillum. Nisi eiusmod sint excepteur cupidatat id et reprehenderit minim cupidatat fugiat culpa labore consectetur.</w:t>
      </w:r>
    </w:p>
    <w:p>
      <w:r>
        <w:t>Velit nostrud et ut irure veniam ipsum enim anim velit ea ex nulla ut velit. Do reprehenderit mollit anim exercitation sunt tempor laborum incididunt cupidatat ea ex duis aliquip tempor cillum ipsum ut dolore aliquip. Duis incididunt esse ipsum veniam cupidatat officia dolore ut et cupidatat sit mollit. Duis occaecat proident aliqua velit quis ad id sit mollit ex dolor.</w:t>
      </w:r>
    </w:p>
    <w:p>
      <w:r>
        <w:t>Sint excepteur qui aute sunt ea ut nostrud sint laborum enim est mollit culpa ad ipsum sunt. Magna tempor incididunt ipsum fugiat culpa esse quis sunt pariatur voluptate laboris incididunt consectetur incididunt fugiat consequat. Do labore duis eiusmod velit aute minim quis sunt culpa consectetur culpa deserunt. Laboris exercitation commodo ea proident dolore consectetur velit aliquip quis consectetur irure est consectetur do elit excepteur ipsum nostrud. Ea ullamco mollit sed eiusmod adipiscing minim pariatur voluptate. Pariatur et ex laborum do eu dolor aliqua dolore elit enim tempor laborum excepteur reprehenderit excepteur reprehenderit nisi dolor occaecat.</w:t>
      </w:r>
    </w:p>
    <w:p>
      <w:r>
        <w:t>Amet reprehenderit qui exercitation officia non duis commodo labore excepteur consectetur. Amet magna laborum est deserunt consequat duis quis eu aute officia sed nisi ipsum. Laborum fugiat sit adipiscing sed tempor sunt consectetur voluptate lorem quis cupidatat cupidatat nulla excepteur voluptate veniam ipsum incididunt. Sunt sunt ipsum amet qui magna eu exercitation culpa dolor fugiat fugiat proident tempor dolor.</w:t>
      </w:r>
    </w:p>
    <w:p>
      <w:r>
        <w:t>Sint velit irure adipiscing ea exercitation est elit cillum officia. Dolore fugiat officia ea laboris deserunt ea pariatur proident aliquip exercitation laborum sunt aliquip irure nisi fugiat. Magna anim ex sint et aute dolor sint nulla ad. Ea amet officia aliqua pariatur eu laborum minim ex aute et sint. Pariatur laboris velit ex voluptate excepteur esse minim culpa ex dolor ad in. Incididunt lorem duis culpa eu quis non elit aute. Dolor et et fugiat minim magna ipsum enim qui deserunt ipsum laborum adipiscing culpa qui aliquip in incididunt. Exercitation sint aliquip labore nulla id labore reprehenderit excepteur reprehenderit eu duis sed qui sed do fugiat.</w:t>
      </w:r>
    </w:p>
    <w:p>
      <w:r>
        <w:t>In adipiscing voluptate exercitation nostrud laboris sit culpa labore nisi do eiusmod aute elit est duis. Do proident ut adipiscing sit officia irure ullamco pariatur consequat aliqua. Culpa occaecat ad nulla aliqua enim id laboris duis eiusmod laboris eu incididunt. Et dolore amet magna dolore id duis duis. Commodo est duis ea pariatur sed irure duis et nisi exercitation in.</w:t>
      </w:r>
    </w:p>
    <w:p>
      <w:r>
        <w:t>Sint velit enim duis duis qui exercitation ad est anim veniam eu laboris non proident ipsum consectetur. Adipiscing est ullamco aliquip eiusmod elit occaecat occaecat eu labore. Minim eu sed cupidatat cupidatat adipiscing consequat ad irure enim esse lorem nulla ea culpa laboris commodo. Cillum esse mollit dolor duis aliquip velit laborum laborum ad elit. Elit aliquip reprehenderit aute fugiat fugiat nulla ut. Proident tempor elit sed ad nostrud cupidatat quis aliqua sed. Velit non ullamco ut sit commodo nisi ad ullamco qui amet id ea elit et sed deserunt laboris occaecat non. Fugiat voluptate voluptate mollit ea deserunt sint ut qui sunt sed eiusmod in lorem nisi consequat quis sit. Adipiscing excepteur aute cupidatat irure anim eu aliquip in nulla non magna amet labore non consequat esse. Ullamco sit irure officia incididunt anim sed adipiscing reprehenderit amet ipsum.</w:t>
      </w:r>
    </w:p>
    <w:p>
      <w:r>
        <w:t>Consequat consectetur reprehenderit fugiat sint anim eiusmod labore veniam tempor ullamco qui enim velit dolor voluptate et enim esse. Veniam irure sed dolor aliqua nulla dolor minim non ad consequat reprehenderit ad aute voluptate. Veniam id ea elit velit magna culpa incididunt eu occaecat. Eiusmod dolor minim nisi veniam voluptate occaecat ea consequat incididunt voluptate excepteur est anim do elit. Deserunt esse nostrud cillum enim labore quis et veniam cillum in occaecat eiusmod do sit ea incididunt id.</w:t>
      </w:r>
    </w:p>
    <w:p>
      <w:r>
        <w:t>Dolore eu nulla fugiat consectetur consequat et duis mollit labore nostrud est. Amet dolore proident ad sed sint exercitation sint dolore nulla veniam ad nostrud lorem aliquip dolore mollit pariatur voluptate. Veniam do fugiat dolore non ullamco culpa esse. Cupidatat consectetur ex adipiscing ex enim dolore sit consequat ullamco commodo aute irure tempor tempor officia tempor commodo sit consequat.</w:t>
      </w:r>
    </w:p>
    <w:p>
      <w:r>
        <w:t>Et sunt irure occaecat amet officia irure sunt esse aliquip pariatur labore aliquip in. Adipiscing culpa excepteur ea laborum non fugiat eu incididunt irure voluptate enim. Sed officia esse fugiat proident sed labore ad eiusmod occaecat ipsum lorem. Irure laboris ipsum et eiusmod dolor amet cillum lorem tempor occaecat lorem excepteur voluptate. Minim in sunt lorem dolor ullamco cupidatat aliqua nulla voluptate occaecat irure consequat quis consectetur proident excepteur. Sit nulla proident sit ea ipsum sint officia minim fugiat lorem elit reprehenderit duis. Sit ex elit fugiat id ex nulla dolor cupidatat commodo laboris aute reprehenderit incididunt excepteur do.</w:t>
      </w:r>
    </w:p>
    <w:p>
      <w:r>
        <w:t>Dolore aliquip do labore esse reprehenderit culpa elit ullamco voluptate quis. Veniam aute tempor nulla est dolore anim sed eu in eiusmod cupidatat ad sit proident dolor labore laboris amet. Ea non adipiscing exercitation esse consequat sed fugiat aute exercitation velit mollit. Lorem non sint eiusmod aliquip et excepteur nulla occaecat ipsum et ipsum. Do aute et dolore labore labore officia qui irure sint commodo nisi aliquip officia enim sit laboris. Cupidatat deserunt ad laboris cillum et consequat lorem mollit nostrud id ad nulla dolor laborum elit in. Nulla veniam voluptate labore non qui qui ipsum minim aliqua ea ad officia reprehenderit ipsum lorem labore sint.</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ED4013E2-05EA-4A1E-888C-40FE9994DADA}"/>
</file>

<file path=customXml/itemProps3.xml><?xml version="1.0" encoding="utf-8"?>
<ds:datastoreItem xmlns:ds="http://schemas.openxmlformats.org/officeDocument/2006/customXml" ds:itemID="{65AF1312-EEF5-47B6-9220-671C66A7057D}"/>
</file>

<file path=customXml/itemProps4.xml><?xml version="1.0" encoding="utf-8"?>
<ds:datastoreItem xmlns:ds="http://schemas.openxmlformats.org/officeDocument/2006/customXml" ds:itemID="{24E24FAF-B83F-4D38-BF5D-BA0A6AA9C228}"/>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