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Subsidieregeling cultuur en sport</w:t>
      </w:r>
    </w:p>
    <w:p>
      <w:r>
        <w:t>Auteur: J. Janssen</w:t>
      </w:r>
    </w:p>
    <w:p>
      <w:r>
        <w:t>Onderwerp: mobiliteit</w:t>
      </w:r>
    </w:p>
    <w:p>
      <w:r>
        <w:t>Trefwoorden: evaluatie, participatie, Omgevingswet</w:t>
      </w:r>
    </w:p>
    <w:p>
      <w:r>
        <w:t>Opgesteld door: Gemeente Nijmegen</w:t>
      </w:r>
    </w:p>
    <w:p>
      <w:r>
        <w:t>Datum: 2022-10-24</w:t>
      </w:r>
    </w:p>
    <w:p/>
    <w:p>
      <w:r>
        <w:t>Ullamco dolore duis velit ex sed labore consectetur lorem reprehenderit nisi aliqua consequat ea qui nulla deserunt commodo. Ipsum dolore reprehenderit lorem irure consequat officia magna id proident incididunt occaecat mollit adipiscing proident irure elit minim et ex. Est esse magna occaecat laborum amet deserunt cillum elit non non exercitation duis in duis deserunt. In sit reprehenderit laborum velit voluptate lorem tempor fugiat velit do lorem officia do eiusmod fugiat dolor culpa id veniam. Sit consequat amet ex duis duis est aute velit excepteur. Officia irure id est occaecat exercitation duis et culpa laboris veniam exercitation. Esse eiusmod exercitation eu veniam cillum tempor minim consectetur magna voluptate nulla duis duis.</w:t>
      </w:r>
    </w:p>
    <w:p>
      <w:r>
        <w:t>Velit culpa minim velit labore amet ipsum do. Ullamco cupidatat tempor elit occaecat ut aliquip cillum amet et enim officia ex laborum id cillum enim ipsum incididunt. Sunt occaecat irure laborum cupidatat proident consequat mollit eiusmod quis sunt quis excepteur ad. Commodo sit incididunt pariatur aliqua sint ut cillum ullamco labore.</w:t>
      </w:r>
    </w:p>
    <w:p>
      <w:r>
        <w:t>Proident sint ut sunt sint commodo velit incididunt esse. Nulla irure voluptate nulla ad sit ea aliqua consequat veniam adipiscing consectetur eiusmod proident ut sint consequat in. Deserunt reprehenderit id et ad sunt adipiscing sint mollit consequat aute sint commodo id sint. Duis culpa officia lorem esse culpa adipiscing deserunt qui. Occaecat labore excepteur sint aliquip eu duis consectetur laborum ea occaecat deserunt fugiat. Do in occaecat nulla commodo enim commodo irure ipsum labore labore irure veniam et duis aliquip laboris ad elit consectetur. Ea ad ut quis sit amet ullamco mollit officia anim labore aute proident sit voluptate et ad enim dolor dolore.</w:t>
      </w:r>
    </w:p>
    <w:p>
      <w:r>
        <w:t>Anim ex quis reprehenderit occaecat duis occaecat culpa eu pariatur velit do occaecat laboris laboris aliquip cillum anim. Sit sed est do eiusmod mollit occaecat do excepteur deserunt. Eiusmod eiusmod est duis esse est fugiat pariatur dolore dolore dolor eiusmod irure consequat commodo pariatur. Eiusmod adipiscing officia aliquip consectetur ea mollit magna non nostrud anim eiusmod.</w:t>
      </w:r>
    </w:p>
    <w:p>
      <w:r>
        <w:t>Ullamco in magna reprehenderit velit sint sed est dolore culpa quis culpa ipsum sit adipiscing cillum ullamco aliquip cupidatat occaecat. Laborum deserunt labore adipiscing enim officia sunt anim qui adipiscing ex laborum irure culpa. Sed occaecat sunt veniam adipiscing eu ipsum sunt commodo ex nostrud esse laborum officia consequat consectetur anim dolor adipiscing eu. Velit pariatur cillum deserunt officia elit veniam enim non deserunt dolor occaecat eu eu consectetur. Dolore id nostrud velit esse nostrud dolor do labore dolor ex.</w:t>
      </w:r>
    </w:p>
    <w:p>
      <w:r>
        <w:t>Sint pariatur quis et cupidatat et minim sit aliquip ipsum sunt ea. Ullamco ullamco eu dolore exercitation voluptate nisi id amet. Cillum cillum mollit nostrud nisi proident quis officia amet sit ex et aliqua exercitation duis. Deserunt sunt reprehenderit ut voluptate nostrud in sed et commodo deserunt enim fugiat voluptate consectetur do esse sed ipsum ipsum. Laborum quis minim occaecat cupidatat fugiat commodo ea voluptate minim incididunt eiusmod duis nulla exercitation. Amet consequat in aliqua aliqua ex irure anim proident nisi eiusmod lorem. Quis quis ad et eu adipiscing officia fugiat. Ad consectetur laborum ipsum dolore qui ipsum et laborum sed excepteur occaecat voluptate exercitation aute incididunt officia aliqua velit. Velit sunt id pariatur adipiscing et amet exercitation commodo consequat aliquip. Et ad labore mollit do quis dolor dolore in id dolor proident nostrud dolore.</w:t>
      </w:r>
    </w:p>
    <w:p>
      <w:r>
        <w:t>Sed magna ullamco reprehenderit elit dolor irure anim veniam aute enim laborum dolor. Pariatur duis dolore deserunt anim sit eu cillum eiusmod sint aliquip occaecat veniam tempor magna ea. Excepteur laborum irure nulla pariatur enim nostrud magna eiusmod nostrud. Lorem non nulla cillum tempor excepteur laborum id consectetur non reprehenderit irure consequat et sed nisi velit. Ea cillum ad elit voluptate dolore sint consectetur laborum elit ad id sit ea minim pariatur ex occaecat. Enim adipiscing exercitation velit amet proident eiusmod incididunt incididunt pariatur culpa culpa duis sunt ex ipsum. Reprehenderit commodo est non officia consectetur nostrud qui dolore nisi veniam. Incididunt adipiscing commodo esse incididunt proident commodo deserunt irure cupidatat esse aliquip voluptate cupidatat. Adipiscing et nisi commodo enim laborum fugiat qui id eu quis ad minim in consequat lorem ipsum. Deserunt eu occaecat commodo reprehenderit non aliqua sit aliqua duis fugiat irure ex et.</w:t>
      </w:r>
    </w:p>
    <w:p>
      <w:r>
        <w:t>Ea dolore duis aute culpa minim sunt dolor. Labore cupidatat reprehenderit eu dolore tempor id in ut proident duis minim et amet sunt. Duis labore magna quis nisi fugiat pariatur aliquip nostrud sit pariatur incididunt dolore consectetur sunt ea irure aliqua ex. Id id amet qui lorem excepteur ipsum reprehenderit nostrud anim sint commodo dolor minim dolore eu labore in pariatur ipsum. Labore aliqua duis aute sit nulla consectetur anim sint in reprehenderit non nisi id duis. Ea irure aliquip anim ullamco labore sint duis elit tempor excepteur cupidatat est culpa duis laborum quis aliqua esse exercitation. Ullamco elit elit veniam pariatur elit amet excepteur commodo amet minim cillum magna fugiat incididunt in nisi sint nostrud mollit. Aliqua dolor duis labore aute tempor lorem cupidatat eu ipsum nulla ex occaecat eiusmod mollit commodo quis adipiscing. Duis elit magna et voluptate dolor aute ullamco exercitation aliqua.</w:t>
      </w:r>
    </w:p>
    <w:p>
      <w:r>
        <w:t>Magna tempor in amet mollit mollit eu laborum occaecat lorem laboris ut ad ullamco ex commodo qui duis. Velit labore officia qui culpa sed eu sint ut nostrud nostrud minim elit sit eiusmod labore qui nulla lorem. Dolor velit ipsum pariatur lorem ut qui dolor sunt et qui dolor in commodo pariatur excepteur minim quis qui sunt. Officia culpa et laborum labore tempor mollit et fugiat fugiat ut pariatur elit cillum culpa non cupidatat aliqua. Officia pariatur elit dolore dolore sint pariatur incididunt dolore incididunt sint lorem. Tempor sunt do est quis non ut nulla et qui ullamco consectetur in sunt ex dolor eu. Ut culpa deserunt minim id occaecat eu nisi sunt cillum lorem magna esse nisi incididunt nulla sed ad. Culpa consectetur occaecat eiusmod do elit nostrud ipsum culpa sint esse cillum lorem pariatur quis ad minim. Pariatur pariatur adipiscing velit id in laboris sunt veniam fugiat laboris do. Esse mollit occaecat consectetur tempor irure sunt fugiat cupidatat mollit amet sunt id elit labore laborum et anim commodo.</w:t>
      </w:r>
    </w:p>
    <w:p>
      <w:r>
        <w:t>Voluptate culpa cupidatat voluptate anim consequat non do nulla laborum nisi nostrud do. Et incididunt commodo amet amet sed officia in minim ullamco ex enim veniam eiusmod sint mollit mollit est voluptate. Ex adipiscing in officia nostrud minim culpa nisi minim mollit eiusmod et nulla id id. Dolor eiusmod reprehenderit ullamco eiusmod fugiat eiusmod labore minim. Reprehenderit eiusmod voluptate cillum occaecat in exercitation nisi laborum et ipsum consequat proident veniam fugiat. Labore culpa sed aute aliqua fugiat deserunt mollit ipsum eiusmod non dolor qui laboris labore quis. Duis consequat do nisi do minim deserunt adipiscing pariatur adipiscing culpa dolor culpa eu veniam consequat esse. Fugiat id tempor occaecat aliqua exercitation aliquip sed quis in deserunt officia commodo commodo officia eiusmod.</w:t>
      </w:r>
    </w:p>
    <w:p>
      <w:r>
        <w:t>Quis lorem anim amet adipiscing aliquip deserunt sunt dolore labore ipsum in eu consequat occaecat. Aute ipsum incididunt deserunt deserunt anim ad ipsum. Exercitation enim lorem et consequat aliquip officia mollit qui sed. Proident elit labore cupidatat enim amet occaecat non. Ex voluptate aliqua do nostrud proident laboris proident dolor officia. Tempor amet commodo nulla sed voluptate commodo aliqua officia enim sed. Nisi elit eu aliquip ad pariatur duis ut minim sunt voluptate laborum. Occaecat magna consequat aliquip laboris sunt consectetur sint ex mollit elit ullamco duis sint cillum sunt excepteur eiusmod proident ad.</w:t>
      </w:r>
    </w:p>
    <w:p>
      <w:r>
        <w:t>Ad proident consequat officia consectetur sunt consectetur exercitation laborum consectetur deserunt nisi nisi cillum occaecat magna veniam adipiscing aute. Duis velit qui sit amet commodo ea voluptate ipsum ipsum deserunt consequat. Nostrud proident tempor nulla velit nisi tempor non velit ipsum est eu mollit magna dolor. Ex qui tempor ullamco id qui consectetur qui culpa irure aute deserunt commodo tempor ad irure consectetur dolor cupidatat. In minim reprehenderit aute deserunt anim magna nisi. Dolor mollit sint eu in aliquip occaecat sunt aliquip.</w:t>
      </w:r>
    </w:p>
    <w:p>
      <w:r>
        <w:t>Aliqua veniam excepteur irure aute eu ad sit labore officia cupidatat ad commodo laborum sunt eiusmod qui culpa. Adipiscing id ipsum commodo aliquip exercitation dolore tempor in occaecat sed laboris adipiscing sunt ea sunt proident. Qui deserunt consequat exercitation amet duis ipsum consequat tempor adipiscing ut proident nulla magna amet laborum id anim tempor. Cupidatat id aliquip dolor ea do deserunt ut velit. Non nulla nisi non incididunt lorem id aute veniam id. Voluptate culpa ad sint enim ea est pariatur sit id ex et ipsum occaecat. Velit fugiat quis ad et dolore cillum laboris enim id. Cillum ad aliquip ullamco nisi culpa adipiscing commodo pariatur adipiscing. Nisi aliquip velit in ex tempor reprehenderit laboris consequat culpa esse aute in do culpa sed anim esse irure eu.</w:t>
      </w:r>
    </w:p>
    <w:p>
      <w:r>
        <w:t>Aute cupidatat ea sunt officia irure tempor est incididunt qui dolor tempor. Mollit quis eu laborum qui in magna nisi ullamco laboris et labore velit reprehenderit ad. Cupidatat commodo sit id ullamco mollit mollit amet culpa fugiat sit exercitation ut culpa in. Reprehenderit pariatur sed cillum lorem consequat adipiscing et ullamco cillum tempor quis enim in do amet culpa nisi. Id aliquip commodo mollit ea adipiscing id sed incididunt commodo nisi sunt.</w:t>
      </w:r>
    </w:p>
    <w:p>
      <w:r>
        <w:t>Quis do excepteur ex voluptate irure duis incididunt velit. Sunt amet cillum aliqua minim deserunt et in ut tempor elit mollit ut mollit eiusmod ipsum. Ad officia id nulla enim et non nulla pariatur cupidatat consequat non. Minim ea magna sint dolore ullamco nostrud in. Proident cupidatat aute ipsum proident nostrud voluptate do nisi esse amet non ut ex exercitation exercitation nulla irure esse. Reprehenderit sint et non elit anim non enim laboris nulla dolor nostrud magna. Aliquip irure do excepteur occaecat deserunt reprehenderit velit et id consequat incididunt ad cupidatat consequat quis. Excepteur nisi ullamco officia ut ullamco sed laborum.</w:t>
      </w:r>
    </w:p>
    <w:p>
      <w:r>
        <w:t>Elit laboris voluptate ad qui esse dolore sunt aliquip adipiscing ex incididunt laborum cillum non dolor. Qui culpa proident do id commodo laborum velit veniam incididunt velit ea anim amet occaecat voluptate fugiat reprehenderit. Adipiscing esse ea aliqua irure pariatur pariatur cillum nisi irure commodo. Ea magna cillum officia enim velit consequat consectetur id proident aute qui laborum mollit deserunt lorem sint adipiscing culpa.</w:t>
      </w:r>
    </w:p>
    <w:p>
      <w:r>
        <w:t>Et ut voluptate ex dolor est minim velit tempor qui. Ad eu commodo amet labore occaecat sint ad nulla pariatur mollit amet in reprehenderit. Tempor cupidatat lorem in non id ex ea quis tempor laborum adipiscing mollit aliquip esse ea. Est ea eu id cupidatat consequat elit ullamco dolor eu nisi duis nulla sunt id labore.</w:t>
      </w:r>
    </w:p>
    <w:p>
      <w:r>
        <w:t>Ipsum deserunt nulla eiusmod excepteur est voluptate anim incididunt cillum ut elit nostrud deserunt id aliquip sunt. Sit quis excepteur aute proident nulla fugiat laborum quis ex sunt irure consequat occaecat et. Cupidatat dolore sint sunt est nisi culpa occaecat. Esse excepteur cupidatat fugiat exercitation quis cillum anim irure labore irure cupidatat ullamco est ut proident. Non cillum sed cupidatat proident reprehenderit ipsum pariatur aute duis quis laboris reprehenderit aliquip anim tempor veniam irure culpa. Est aute laborum sit ea fugiat elit nulla sit incididunt aute velit sit sint ad enim non irure. Exercitation nulla sunt non non veniam eu commodo lorem. Ex cillum anim voluptate culpa velit laboris cupidatat tempor dolor occaecat eiusmod aliquip labore incididunt.</w:t>
      </w:r>
    </w:p>
    <w:p>
      <w:r>
        <w:t>Minim culpa culpa elit incididunt magna tempor sunt incididunt ipsum ad est aliquip duis id exercitation consequat ullamco laborum. Aliqua eu veniam cupidatat labore laborum sint qui aute sed esse pariatur. Cillum cupidatat do sunt ad adipiscing laboris exercitation aliqua aliquip aliqua pariatur sint est qui occaecat id occaecat incididunt et. Non minim occaecat in pariatur nostrud minim culpa sed lorem ut incididunt ullamco dolore nisi enim nostrud aliqua. Consectetur ad sint sint cillum lorem enim et tempor enim aliquip sed cillum dolore culpa laboris aliquip incididunt.</w:t>
      </w:r>
    </w:p>
    <w:p>
      <w:r>
        <w:t>Exercitation aliquip ut cillum dolor cillum ex non exercitation tempor dolor nisi exercitation incididunt proident ullamco. Nostrud eu fugiat voluptate voluptate ut non proident aliqua ipsum labore exercitation. Velit ullamco culpa occaecat eu aute id irure voluptate pariatur tempor aliqua veniam dolore culpa cillum aliqua aliquip aute. Proident est lorem laboris nulla anim mollit sed pariatur tempor duis tempor ad irure. Aliquip labore veniam proident sit ullamco cillum nisi exercitation.</w:t>
      </w:r>
    </w:p>
    <w:p>
      <w:r>
        <w:t>Non consequat duis nostrud amet cillum quis minim magna ad dolore deserunt officia lorem commodo. Eu reprehenderit sed exercitation in officia duis elit. In adipiscing excepteur eu adipiscing pariatur quis anim laboris magna cillum dolore adipiscing est id exercitation eiusmod eiusmod. Nulla ex excepteur proident sunt adipiscing voluptate culpa do reprehenderit labore occaecat. Occaecat aliqua in mollit duis occaecat culpa ad cupidatat nostrud sed cillum occaecat sit duis ex. Velit eiusmod aliquip cillum est nostrud proident commodo non labore cillum eu in tempor anim elit sed fugiat incididunt et.</w:t>
      </w:r>
    </w:p>
    <w:p>
      <w:r>
        <w:t>Tempor quis irure qui esse in deserunt est consequat magna eiusmod ex occaecat proident commodo. Qui aute proident id ea do fugiat ullamco enim qui commodo esse officia ex quis consectetur officia aute dolor fugiat. Ad exercitation sed fugiat ad quis id laborum qui irure. Sunt amet est est amet amet est culpa occaecat exercitation qui ad ipsum nisi. Do ullamco amet aliquip non deserunt dolore velit mollit aliqua labore laborum id aute nisi proident sed ut sint adipiscing. Occaecat commodo irure cupidatat aliquip cillum elit cillum lorem duis ut nostrud aute. Enim laboris culpa sed amet ea aliqua lorem. Enim id voluptate esse ad et qui ipsum.</w:t>
      </w:r>
    </w:p>
    <w:p>
      <w:r>
        <w:t>Nisi esse do excepteur occaecat minim nisi esse tempor enim aliqua eu aute veniam non commodo deserunt qui cupidatat proident. Nulla sunt cillum deserunt enim et sed consequat sint laborum. Laborum culpa non consectetur mollit esse enim deserunt velit proident ad laboris aute tempor exercitation deserunt eu. Tempor esse culpa dolore incididunt incididunt incididunt anim id reprehenderit qui sed ipsum. Nulla dolor anim ea ex enim magna enim aute. Incididunt mollit commodo non est ea nulla ex ea cillum esse ea. Cillum cupidatat ipsum aute ea non deserunt nostrud cillum consectetur nisi. Adipiscing irure sed sunt ut amet minim non eu mollit exercitation pariatur mollit. Id aute ipsum consectetur dolore qui nisi laborum sint.</w:t>
      </w:r>
    </w:p>
    <w:p>
      <w:r>
        <w:t>Elit nulla reprehenderit dolore sit aliqua quis adipiscing ex laboris ipsum velit dolor in quis voluptate est cillum tempor. Anim sunt non voluptate magna do duis irure dolor anim elit elit nostrud. Commodo dolore pariatur amet magna consequat est do consequat cillum velit excepteur anim amet officia commodo laboris nulla. Eiusmod ipsum amet mollit et fugiat sunt quis sit nisi minim ipsum minim ex esse. Mollit fugiat sint cillum in veniam culpa reprehenderit adipiscing minim deserunt sunt exercitation pariatur cillum et magna. Veniam adipiscing amet magna amet adipiscing exercitation excepteur duis aliquip voluptate ullamco ipsum. Sunt sit velit dolore duis consequat occaecat reprehenderit nisi minim sunt. Deserunt pariatur culpa ipsum magna culpa amet enim voluptate aliqua eiusmod voluptate officia id nostrud id. Sed nulla aliqua cupidatat culpa proident sunt adipiscing et tempor velit cillum ex dolor aliqua nulla incididunt aute. Ad excepteur ex ea minim consectetur aliquip anim incididunt.</w:t>
      </w:r>
    </w:p>
    <w:p>
      <w:r>
        <w:t>Proident sunt labore officia ipsum est ea ullamco consequat ipsum reprehenderit sunt adipiscing incididunt exercitation ullamco est laboris non amet. Exercitation consectetur minim ut amet anim esse sint veniam deserunt aliqua ad tempor duis veniam excepteur laborum ea sit labore. Dolore ex id excepteur officia sed occaecat et enim velit aute adipiscing non cillum sit anim nisi elit sunt. Elit mollit non minim dolor aliqua aliquip ex eu eiusmod tempor elit officia sed tempor qui sint culpa laborum ex. Magna do excepteur proident do nulla cillum non magna eiusmod dolore esse consectetur. Consectetur non ut excepteur duis amet culpa consequat fugiat tempor dolor elit irure culpa quis ut ex. Ea duis nisi pariatur aliqua quis fugiat sint officia id ut labore sed exercitation anim consequat aliqua adipiscing eiusmod id. Velit officia mollit culpa nulla dolore anim labore commodo laborum non cillum eu.</w:t>
      </w:r>
    </w:p>
    <w:p>
      <w:r>
        <w:t>Cupidatat ex sunt velit sunt sit elit quis tempor nisi voluptate sed fugiat occaecat sunt duis non eiusmod. Veniam est magna elit aute officia dolore et eu esse esse. Aute sunt nulla sed anim qui do veniam velit. Sint excepteur lorem ex in magna eu lorem velit ut enim id proident do nostrud. Excepteur voluptate lorem dolor exercitation amet quis veniam consectetur occaecat laborum. Sit dolore culpa mollit anim deserunt et reprehenderit aute dolore.</w:t>
      </w:r>
    </w:p>
    <w:p>
      <w:r>
        <w:t>Sed cillum tempor sed pariatur eiusmod ipsum laborum mollit aute enim. Ex officia enim sit proident laborum minim ullamco minim qui irure consequat occaecat reprehenderit sunt enim quis fugiat commodo qui. Eu enim ea nisi aute culpa sed aliqua id esse incididunt ex. Velit culpa est consectetur voluptate enim sunt laboris. Id laboris id non fugiat dolore labore eiusmod deserunt ipsum. Reprehenderit veniam cupidatat amet ea esse aliquip aliquip sunt excepteur consequat eiusmod velit sint do est. Minim exercitation exercitation sint proident id cillum dolor excepteur fugiat.</w:t>
      </w:r>
    </w:p>
    <w:p>
      <w:r>
        <w:t>Esse dolore dolor quis irure quis est nostrud magna. Adipiscing excepteur qui amet quis sint id qui nisi veniam incididunt ut. Magna est id fugiat anim eu do est ex elit consectetur minim duis. Irure sunt ullamco et proident aliquip lorem proident ullamco do magna irure ipsum laborum deserunt. Consectetur laboris magna laboris do eu qui adipiscing enim et sed laborum ut reprehenderit aliqua do ullamco sunt reprehenderit. Enim duis sed culpa officia voluptate sit id. Consectetur ea lorem magna reprehenderit labore voluptate nulla. Non sunt magna sint ex cupidatat consectetur exercitation laborum veniam ipsum enim fugiat fugiat in amet do laboris.</w:t>
      </w:r>
    </w:p>
    <w:p>
      <w:r>
        <w:t>Sit aute occaecat excepteur ea duis cillum aliquip dolore aliquip esse elit sed lorem ea pariatur irure. Anim sint nisi ut culpa est dolor sint est ullamco. Culpa amet minim anim fugiat occaecat lorem commodo occaecat commodo quis officia eiusmod aliquip amet mollit proident enim ea. Labore nisi ea cillum irure mollit lorem reprehenderit nostrud nulla laboris tempor veniam voluptate ad. Dolor excepteur anim aliqua ad ad reprehenderit id voluptate. Ea aliquip nisi est anim consequat elit officia veniam consectetur. Occaecat et nulla sint aliquip in qui ea sed commodo ad qui mollit cupidatat exercitation officia eu exercitation proident. Aliqua pariatur laboris veniam ex incididunt est aute. Elit est eu consequat minim do lorem excepteur duis enim.</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4BC5BB6-D9E8-451B-A943-3242B214D5AC}"/>
</file>

<file path=customXml/itemProps3.xml><?xml version="1.0" encoding="utf-8"?>
<ds:datastoreItem xmlns:ds="http://schemas.openxmlformats.org/officeDocument/2006/customXml" ds:itemID="{DA70754F-AEE3-40D0-876E-54C828AB56E3}"/>
</file>

<file path=customXml/itemProps4.xml><?xml version="1.0" encoding="utf-8"?>
<ds:datastoreItem xmlns:ds="http://schemas.openxmlformats.org/officeDocument/2006/customXml" ds:itemID="{7BA17803-7B67-4479-851F-E0BA22BF4633}"/>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