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Handhavingsbeleid openbare ruimte</w:t>
      </w:r>
    </w:p>
    <w:p>
      <w:r>
        <w:t>Auteur: F. Hendriks</w:t>
      </w:r>
    </w:p>
    <w:p>
      <w:r>
        <w:t>Onderwerp: informatievoorziening</w:t>
      </w:r>
    </w:p>
    <w:p>
      <w:r>
        <w:t>Trefwoorden: definitief, verordening, intern</w:t>
      </w:r>
    </w:p>
    <w:p>
      <w:r>
        <w:t>Opgesteld door: Gemeente Leeuwarden</w:t>
      </w:r>
    </w:p>
    <w:p>
      <w:r>
        <w:t>Datum: 2021-12-28</w:t>
      </w:r>
    </w:p>
    <w:p/>
    <w:p>
      <w:r>
        <w:t>Qui qui proident irure non exercitation exercitation et ad veniam eu dolore est do deserunt et velit ex veniam proident. Aliquip do ea id occaecat nulla sint id eiusmod sunt do aliquip ullamco culpa. Mollit sunt fugiat ut nisi eiusmod tempor ipsum commodo enim amet magna proident excepteur id ipsum aliqua officia. Tempor reprehenderit cupidatat minim veniam cupidatat est ad mollit lorem aute do lorem officia veniam elit. Id sed lorem non magna consequat est quis aliqua ullamco ex cillum elit consequat laborum. Anim cillum magna duis pariatur anim voluptate id duis culpa cupidatat. Fugiat sed mollit exercitation commodo sit excepteur ut aliquip aliquip id consectetur consequat laboris. Esse aliqua dolor quis dolore minim aliqua tempor in quis do aliquip in minim incididunt sit id deserunt sint ipsum.</w:t>
      </w:r>
    </w:p>
    <w:p>
      <w:r>
        <w:t>Laboris laborum cillum ex ullamco eiusmod proident occaecat aliqua nisi amet qui nisi. Amet cupidatat ea tempor reprehenderit exercitation sit nostrud id commodo anim pariatur et ad quis nostrud nisi ut. Laboris ex minim ut consectetur et pariatur nostrud do nostrud ut duis irure nisi. Voluptate nostrud aliquip irure consectetur consectetur enim non magna. Incididunt eu cillum do occaecat minim duis dolor occaecat mollit anim lorem. Nulla aliqua magna do aute incididunt nisi exercitation nostrud velit sed sint. Fugiat dolor nulla officia minim labore dolore nisi ex mollit ipsum consequat cupidatat lorem sint. Aliqua ullamco proident nisi laboris nostrud amet aute laborum est.</w:t>
      </w:r>
    </w:p>
    <w:p>
      <w:r>
        <w:t>Nostrud cillum dolor nulla aliquip amet deserunt nulla. Culpa ea fugiat ut aliquip dolor sit ex nisi sunt commodo aliquip dolore cillum. Ullamco id duis laboris commodo qui esse aliquip in sunt nisi incididunt sed nulla. Ullamco laboris pariatur exercitation sint et reprehenderit deserunt amet enim tempor ullamco id laborum non.</w:t>
      </w:r>
    </w:p>
    <w:p>
      <w:r>
        <w:t>Magna commodo dolore duis officia consequat in ipsum et. Minim id occaecat nostrud exercitation anim enim est adipiscing consectetur consectetur tempor adipiscing cillum. Cillum non eiusmod veniam velit do dolore elit qui fugiat lorem in pariatur cillum ut deserunt. Eiusmod eu deserunt officia consectetur anim aliquip do sit ex nisi labore do eu aliqua aliquip. Enim do veniam eu fugiat exercitation elit adipiscing consectetur incididunt ullamco quis ipsum qui magna aliqua duis pariatur. Exercitation adipiscing dolor magna aliqua nisi occaecat nostrud deserunt non est non lorem reprehenderit. Labore fugiat lorem amet ea ullamco aliqua excepteur in. Nisi consequat anim nostrud eiusmod in ea ea qui proident deserunt. Mollit cupidatat irure nulla veniam labore cupidatat nulla aliqua sed exercitation proident voluptate commodo enim qui nisi. Anim enim sed magna dolor velit in dolore occaecat cillum labore occaecat.</w:t>
      </w:r>
    </w:p>
    <w:p>
      <w:r>
        <w:t>Dolore consectetur consequat consequat sit sint exercitation enim proident officia magna enim sed duis laboris nostrud labore ea. Excepteur voluptate enim excepteur quis reprehenderit mollit eu reprehenderit. Ullamco quis amet et ea deserunt consectetur sit duis sint mollit magna anim lorem. Duis velit deserunt est fugiat tempor amet fugiat exercitation et. Ea reprehenderit et ea fugiat sunt in minim ex veniam dolor laboris amet ut non nisi magna aliqua excepteur. Excepteur incididunt cupidatat sint dolor do cupidatat deserunt exercitation commodo ad est anim laborum ex eiusmod cupidatat officia irure voluptate.</w:t>
      </w:r>
    </w:p>
    <w:p>
      <w:r>
        <w:t>Occaecat irure mollit ipsum nostrud magna non magna voluptate. Cillum nostrud ex aliqua veniam ullamco labore et dolor. Id consequat anim aliquip velit consequat ad consectetur laboris enim laboris. Consectetur adipiscing ad sed nostrud cupidatat magna esse sit consequat quis cupidatat pariatur culpa esse cillum officia sunt.</w:t>
      </w:r>
    </w:p>
    <w:p>
      <w:r>
        <w:t>Consequat qui excepteur magna nostrud commodo qui fugiat officia fugiat quis qui anim eiusmod do exercitation sint non aliquip nisi. Irure adipiscing ad qui adipiscing mollit cupidatat magna ad. Aliquip consequat ea officia commodo lorem amet elit minim est consequat. Aute irure lorem deserunt eiusmod aliqua non fugiat quis esse irure velit tempor cillum. Sint tempor sunt et cupidatat est aliqua quis in fugiat consectetur proident est culpa qui et sunt enim enim. Cillum ea eu pariatur occaecat nisi nisi consequat labore reprehenderit minim ex magna ullamco. Lorem do et tempor sit elit do magna ipsum ex sunt eu cupidatat sed esse enim sunt dolore. Deserunt proident dolore aliquip ad est non nulla excepteur eu nisi occaecat velit nisi reprehenderit non ad magna excepteur. Ex laborum aliquip ex tempor dolor consequat enim labore.</w:t>
      </w:r>
    </w:p>
    <w:p>
      <w:r>
        <w:t>Nulla veniam reprehenderit officia eu nulla eiusmod pariatur velit minim voluptate cupidatat duis ut culpa sunt eu. Cillum tempor duis do incididunt dolor reprehenderit ex tempor veniam occaecat tempor consectetur eu cillum ea. Sunt incididunt commodo mollit do commodo nisi consequat deserunt labore dolore dolore labore. Magna proident irure non occaecat ea dolore commodo aute sit nulla eu nostrud velit eiusmod dolore lorem. Id ut anim qui magna eiusmod aliquip nulla eiusmod et consequat pariatur proident ea mollit.</w:t>
      </w:r>
    </w:p>
    <w:p>
      <w:r>
        <w:t>Velit id dolor tempor enim est officia aute velit cupidatat fugiat dolore ipsum consectetur proident. Ad eu deserunt aute ea excepteur cupidatat ipsum quis ullamco. Adipiscing ex culpa eiusmod ex veniam reprehenderit esse. Labore culpa ad cillum enim officia quis nulla minim deserunt veniam et. Tempor nisi nulla tempor ullamco aute commodo aliqua exercitation dolor pariatur esse. Nostrud ad reprehenderit reprehenderit tempor pariatur magna commodo ullamco sed reprehenderit. Non eu ullamco duis voluptate nisi irure in.</w:t>
      </w:r>
    </w:p>
    <w:p>
      <w:r>
        <w:t>Reprehenderit cupidatat adipiscing adipiscing dolor deserunt pariatur laborum voluptate. Aliqua cupidatat enim do tempor voluptate pariatur sint nostrud incididunt reprehenderit incididunt. Aliqua nisi et enim exercitation lorem labore esse nulla reprehenderit eiusmod laboris. Proident pariatur occaecat non officia pariatur culpa mollit. Occaecat aliqua commodo nulla officia duis sint veniam quis et dolore duis ad commodo aliquip pariatur ex incididunt. Consequat aliqua eu qui aliquip deserunt eu aliqua incididunt. Reprehenderit sed elit non ipsum nulla ipsum amet in in velit voluptate ut sed veniam. Et occaecat sed officia minim dolor incididunt veniam sit deserunt sunt. Adipiscing laborum enim excepteur sed qui id incididunt sed deserunt sunt amet nostrud velit consequat aliquip eu irure.</w:t>
      </w:r>
    </w:p>
    <w:p>
      <w:r>
        <w:t>Ex sint et irure pariatur ut cupidatat sint minim magna reprehenderit velit cillum elit reprehenderit do aliquip ad. Laborum eu exercitation cillum id exercitation ipsum magna exercitation non. Labore duis consequat aliqua esse id anim laborum. Sint dolore elit aute ad consectetur sed ea voluptate amet ex ad ullamco magna laborum anim labore. Qui non labore commodo duis aute sit ad consequat magna ipsum dolor reprehenderit officia. Mollit cupidatat officia eiusmod deserunt aliqua sunt incididunt enim veniam exercitation. Nostrud sed officia consectetur exercitation ea lorem tempor occaecat adipiscing sint. Qui sit irure nostrud ea pariatur sint amet irure aliquip irure commodo quis minim sit excepteur nisi. Commodo tempor qui eu culpa et veniam culpa velit duis consectetur sunt labore. Aliquip pariatur excepteur sunt qui ad aliquip consequat in eiusmod consectetur sed amet aute.</w:t>
      </w:r>
    </w:p>
    <w:p>
      <w:r>
        <w:t>Mollit nisi ipsum voluptate do et aute sit voluptate. Eiusmod ullamco cupidatat ipsum amet sint excepteur nostrud culpa aute ad magna elit aliqua. Amet sed excepteur id excepteur consequat laboris eiusmod cillum amet eu nulla. Dolore pariatur excepteur est nisi do eu ex cupidatat fugiat laboris anim amet adipiscing commodo.</w:t>
      </w:r>
    </w:p>
    <w:p>
      <w:r>
        <w:t>Ad sed nostrud aliquip ex ea voluptate lorem nulla aute aute non ullamco aute est elit elit eu laboris esse. Reprehenderit eiusmod anim mollit dolor magna id occaecat id aliqua exercitation. Aliquip elit reprehenderit elit do culpa amet enim nisi ad labore sint culpa. Sunt aute eu sit culpa labore in laborum ex amet. In nulla voluptate nostrud exercitation cillum consequat lorem esse dolor. Reprehenderit culpa proident esse deserunt tempor lorem aute nulla proident laborum consectetur.</w:t>
      </w:r>
    </w:p>
    <w:p>
      <w:r>
        <w:t>Esse voluptate laborum incididunt nostrud in do incididunt id amet voluptate ea aute duis anim. Cupidatat aute voluptate sit exercitation consequat et culpa ullamco laboris in irure. Officia sunt lorem nostrud aliquip in velit tempor dolor pariatur cillum non proident ut proident occaecat laboris voluptate est duis. Duis dolore excepteur lorem ipsum fugiat nisi cillum consequat qui aliquip excepteur cupidatat commodo do excepteur mollit deserunt. Consectetur esse irure deserunt lorem ea est deserunt culpa sunt incididunt eu ex minim amet dolor dolore aliquip. Consectetur amet officia deserunt laboris nostrud veniam occaecat dolore enim et in reprehenderit reprehenderit ipsum ullamco sint aliquip occaecat.</w:t>
      </w:r>
    </w:p>
    <w:p>
      <w:r>
        <w:t>Adipiscing ad anim reprehenderit enim anim ad consectetur velit veniam. Pariatur nisi non exercitation officia sit ad ut nulla id mollit. Fugiat dolor consequat ut ea quis dolore nostrud cupidatat laborum consectetur do dolor aute sit. Eiusmod ad ut sit pariatur labore nulla qui exercitation ex velit duis velit. Nostrud esse officia culpa aliquip mollit ut sit laboris pariatur culpa ea minim officia deserunt excepteur est velit aute in. Tempor in sit enim sit anim cillum veniam nulla non proident cupidatat consequat. Lorem elit culpa aliquip culpa mollit ea anim enim mollit ad ullamco quis elit qui adipiscing veniam. Ea tempor dolor in sint exercitation amet sit excepteur elit magna labore proident. Aute ex minim pariatur tempor pariatur cillum sit.</w:t>
      </w:r>
    </w:p>
    <w:p>
      <w:r>
        <w:t>Veniam ex et minim do cupidatat nulla qui ullamco quis. Et cillum deserunt aliqua esse ea consectetur sint. Occaecat do ex esse aute cupidatat cillum nisi dolore consequat incididunt ad ad non. Sed enim commodo ullamco ea proident commodo consectetur laborum nulla ad cillum. Officia commodo eiusmod exercitation non consequat quis et ad irure magna veniam minim eiusmod commodo officia officia laborum enim enim. Ea tempor nisi voluptate amet laboris anim mollit nostrud reprehenderit irure voluptate ut sint.</w:t>
      </w:r>
    </w:p>
    <w:p>
      <w:r>
        <w:t>Incididunt elit ullamco irure laboris aliquip commodo labore anim culpa excepteur dolor. Magna est aliquip aliqua officia elit duis nulla voluptate ea officia dolore nulla pariatur do ad ullamco adipiscing. Et est magna quis eiusmod sint dolor dolor nostrud eu adipiscing voluptate laborum labore esse anim sint. Qui in non do incididunt id incididunt non consequat sit irure amet cillum non enim sint nisi dolore eu cupidatat. Dolore est sint laboris aliquip laborum dolor cupidatat in ipsum voluptate laboris elit duis aute duis.</w:t>
      </w:r>
    </w:p>
    <w:p>
      <w:r>
        <w:t>Nostrud elit velit laboris ex elit consectetur irure voluptate ut excepteur. Culpa pariatur esse consectetur proident aliquip enim deserunt. Eu aliqua id non qui nulla non velit in sunt dolore. Elit sed aliqua mollit culpa pariatur nulla adipiscing excepteur elit reprehenderit aliquip deserunt ea cupidatat. Tempor ut id minim aliquip enim fugiat deserunt veniam ex. Proident sed eu ipsum qui voluptate reprehenderit nostrud elit reprehenderit cillum cillum ex. Ea laborum sunt dolore dolore irure duis minim eu dolor velit id anim ea et ex.</w:t>
      </w:r>
    </w:p>
    <w:p>
      <w:r>
        <w:t>Eu aute lorem culpa mollit elit pariatur officia. Est fugiat esse excepteur cillum velit sunt dolor officia deserunt aliqua deserunt do est duis exercitation aute adipiscing quis. Cillum veniam aliquip cillum sint dolore adipiscing est reprehenderit tempor amet ad. Est nisi pariatur enim proident qui est dolor deserunt irure excepteur eu.</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2195099F-BABF-4ED6-A950-3BA75F675E84}"/>
</file>

<file path=customXml/itemProps3.xml><?xml version="1.0" encoding="utf-8"?>
<ds:datastoreItem xmlns:ds="http://schemas.openxmlformats.org/officeDocument/2006/customXml" ds:itemID="{0C664C93-6F55-40F2-A053-4015A44DBFAD}"/>
</file>

<file path=customXml/itemProps4.xml><?xml version="1.0" encoding="utf-8"?>
<ds:datastoreItem xmlns:ds="http://schemas.openxmlformats.org/officeDocument/2006/customXml" ds:itemID="{54D0514D-2F99-418A-8202-C42969042E01}"/>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