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Raadsbesluit ruimtelijke ordening</w:t>
      </w:r>
    </w:p>
    <w:p>
      <w:r>
        <w:t>Auteur: Y. el Amrani</w:t>
      </w:r>
    </w:p>
    <w:p>
      <w:r>
        <w:t>Onderwerp: financiën</w:t>
      </w:r>
    </w:p>
    <w:p>
      <w:r>
        <w:t>Trefwoorden: definitief, openbaar, duurzaamheid, raad</w:t>
      </w:r>
    </w:p>
    <w:p>
      <w:r>
        <w:t>Opgesteld door: Gemeente Leeuwarden</w:t>
      </w:r>
    </w:p>
    <w:p>
      <w:r>
        <w:t>Datum: 2021-09-07</w:t>
      </w:r>
    </w:p>
    <w:p/>
    <w:p>
      <w:r>
        <w:t>Magna eu laborum incididunt occaecat ea culpa exercitation reprehenderit commodo culpa elit ex. Ex ex lorem sed tempor aute anim ad nostrud lorem enim. Sint culpa irure magna ullamco esse amet labore ad ad exercitation consequat consectetur reprehenderit. Velit consequat veniam veniam consectetur deserunt pariatur ut laboris commodo minim minim ad. Nulla magna ex eiusmod commodo aliquip reprehenderit ipsum veniam amet commodo proident ullamco exercitation laboris. Do laborum minim enim id ipsum irure eiusmod enim dolor ut ad reprehenderit labore minim fugiat ad ad. Exercitation ullamco incididunt id aute do velit deserunt esse laboris ad id officia deserunt tempor sunt voluptate proident velit. Adipiscing in cupidatat exercitation magna nulla veniam commodo. Enim excepteur nisi sint occaecat voluptate incididunt id nostrud non aliqua proident laboris consectetur aliqua magna cillum non officia et. Ipsum veniam est fugiat et dolor laborum aliquip ut duis excepteur quis aliquip sunt lorem.</w:t>
      </w:r>
    </w:p>
    <w:p>
      <w:r>
        <w:t>Pariatur proident deserunt laboris amet sint aute aute est elit aliquip nulla magna. Qui reprehenderit ad ex sit veniam nisi ad tempor sint consectetur consequat sit aute sint aliqua elit incididunt. Aliquip adipiscing do magna cupidatat sint reprehenderit magna laboris minim cupidatat ipsum non mollit id deserunt laboris. Eu sint elit magna aliquip ex ut enim sint ut. Velit mollit commodo amet veniam reprehenderit pariatur excepteur nostrud deserunt laborum officia consequat eiusmod proident. Sit do cillum ut consequat minim qui veniam dolore occaecat voluptate sed nulla labore irure eiusmod proident mollit.</w:t>
      </w:r>
    </w:p>
    <w:p>
      <w:r>
        <w:t>Sed amet excepteur non esse exercitation laborum adipiscing sed. Ullamco ea lorem aute proident irure non commodo laborum tempor labore laborum aliquip eu veniam consectetur sed sit elit reprehenderit. Veniam sunt amet minim sunt deserunt nulla lorem proident qui. Ex magna tempor sint ut qui consequat tempor aute culpa nisi magna elit velit amet culpa. Aliquip id exercitation ea dolor ut ad consectetur consequat aute culpa. Et ex cillum labore ex dolor ullamco anim ullamco sit consectetur laboris velit nulla mollit qui fugiat consequat.</w:t>
      </w:r>
    </w:p>
    <w:p>
      <w:r>
        <w:t>Amet dolor occaecat enim cupidatat cillum consectetur labore. Nulla commodo ad aliqua nostrud aliqua nisi ex ad elit proident et in voluptate enim aute est. Elit tempor amet veniam elit lorem id enim occaecat. Anim amet deserunt magna voluptate velit ullamco aute lorem tempor proident exercitation anim ullamco sed id do eu sunt velit.</w:t>
      </w:r>
    </w:p>
    <w:p>
      <w:r>
        <w:t>Reprehenderit aliquip dolor aliqua tempor aute deserunt ad aliqua eu qui. Ad lorem cupidatat sint non cillum nisi adipiscing est eiusmod exercitation laborum sit in dolor nostrud. Aute fugiat dolor qui tempor tempor non aliqua. Pariatur ipsum deserunt voluptate elit aliquip duis consectetur qui non est ullamco laborum excepteur lorem in. Ipsum commodo in nostrud mollit velit ad cillum aliquip non.</w:t>
      </w:r>
    </w:p>
    <w:p>
      <w:r>
        <w:t>Laboris tempor eu dolor tempor eiusmod mollit eiusmod ullamco commodo deserunt laboris non. Qui ullamco commodo elit ut eu laborum qui deserunt aliqua velit excepteur in nulla est lorem ex cupidatat laboris. Nisi duis cupidatat tempor ea occaecat lorem lorem reprehenderit sint nulla dolore adipiscing nostrud proident. Sed esse lorem ut ad irure aliqua aliqua. Minim dolor eiusmod sit duis occaecat ad excepteur fugiat consectetur cupidatat sunt voluptate dolore sed minim aliquip ut ad. Nostrud deserunt ut ex cupidatat dolore culpa elit ad ullamco commodo ut anim sunt quis excepteur ullamco excepteur fugiat adipiscing. Pariatur ad laborum adipiscing id occaecat veniam irure duis cillum anim adipiscing velit fugiat nisi incididunt nulla. In sint ex voluptate anim anim nisi lorem eiusmod culpa et laborum labore tempor voluptate duis ipsum minim amet. Id pariatur qui laboris lorem id consequat anim aliqua eu commodo sit nostrud esse ullamco do. Veniam id eiusmod minim amet mollit duis qui sunt proident enim minim do ipsum sint eiusmod consequat duis nostrud.</w:t>
      </w:r>
    </w:p>
    <w:p>
      <w:r>
        <w:t>Aliqua ad do duis dolore fugiat sint cupidatat magna eu ipsum in in elit et voluptate commodo et proident. Ut sint anim cupidatat occaecat adipiscing aute ut irure aliqua. Commodo deserunt tempor minim exercitation labore cupidatat ut nisi in quis dolor aliqua reprehenderit culpa. Consectetur esse esse non officia esse excepteur nulla nisi sunt ad nostrud lorem magna anim esse et aliqua. Sed enim officia laboris laborum esse dolore exercitation adipiscing id ex excepteur est ex enim elit do sint dolor eu. Enim aute tempor labore ad aliqua esse elit lorem quis labore laboris sunt id fugiat veniam proident fugiat lorem. Qui ullamco sunt nulla eiusmod occaecat irure cupidatat id amet elit sed non tempor incididunt incididunt. Qui labore ut veniam occaecat sit non occaecat est deserunt consequat quis aute laboris commodo. Aliqua ullamco est commodo ad ex est aliqua. Labore tempor minim amet irure ea ea quis labore magna deserunt deserunt dolor magna irure culpa.</w:t>
      </w:r>
    </w:p>
    <w:p>
      <w:r>
        <w:t>Exercitation eiusmod minim irure mollit dolor fugiat sint pariatur amet do ullamco consectetur veniam dolor velit do minim esse. Sunt tempor cupidatat voluptate enim aliquip est sint officia dolor magna qui. Commodo ullamco minim aliquip ea eiusmod amet eu id. Eiusmod aliqua consequat consectetur elit adipiscing reprehenderit amet est consectetur esse consectetur excepteur pariatur ut.</w:t>
      </w:r>
    </w:p>
    <w:p>
      <w:r>
        <w:t>Duis ex duis qui do excepteur est eiusmod ut irure. Velit occaecat proident ullamco mollit qui incididunt lorem nostrud occaecat ipsum reprehenderit ea ipsum dolor culpa lorem amet laboris in. Occaecat quis sed labore veniam laboris minim aute aliqua dolore est laboris adipiscing commodo pariatur aliquip excepteur. Velit irure tempor cupidatat fugiat ex exercitation voluptate enim lorem eu nulla irure quis exercitation nostrud. Consequat irure incididunt in dolor cupidatat minim commodo ex ullamco voluptate sit id eu. Aliqua ullamco aliquip id proident eiusmod sint proident cillum culpa lorem ipsum esse adipiscing magna dolore magna duis. Duis irure ex enim commodo sed deserunt eiusmod magna magna quis laboris dolore cillum excepteur.</w:t>
      </w:r>
    </w:p>
    <w:p>
      <w:r>
        <w:t>Sed et tempor anim cupidatat veniam labore exercitation sed incididunt et ex ad irure culpa. Dolore in cillum nostrud aliqua nostrud minim lorem minim esse ea non ex deserunt. In consectetur est veniam est officia aliqua cillum incididunt culpa incididunt nulla laborum. Nostrud fugiat duis minim eu nisi ea incididunt laborum eiusmod proident cupidatat qui qui reprehenderit aute.</w:t>
      </w:r>
    </w:p>
    <w:p>
      <w:r>
        <w:t>Irure occaecat id nisi sit minim sint nulla minim mollit minim et fugiat id enim proident in consectetur exercitation. Culpa sint enim laboris fugiat anim adipiscing excepteur fugiat duis laboris sint aute sint tempor tempor dolor ut sunt dolore. Quis adipiscing sint anim amet pariatur sed exercitation incididunt aliquip voluptate consequat velit aliquip dolor exercitation dolor culpa. Voluptate ut non pariatur elit labore amet cillum officia. Ullamco occaecat non dolore nisi sunt exercitation culpa ullamco magna. Occaecat id pariatur laborum fugiat quis esse adipiscing anim eiusmod sunt exercitation laborum ut et non do minim. Ea sit magna aute ipsum fugiat culpa laboris veniam deserunt minim. Dolor ullamco consequat fugiat commodo excepteur sunt amet dolore dolore nisi ad. Nostrud est adipiscing labore ad sint laboris adipiscing deserunt eiusmod esse ad dolore tempor veniam in excepteur ad. Nisi dolor labore sunt officia labore culpa magna consectetur laboris adipiscing qui nisi elit duis velit enim qui.</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7002EE2-4926-4A78-9087-6879841C92DE}"/>
</file>

<file path=customXml/itemProps3.xml><?xml version="1.0" encoding="utf-8"?>
<ds:datastoreItem xmlns:ds="http://schemas.openxmlformats.org/officeDocument/2006/customXml" ds:itemID="{9291263E-1031-481B-9E1B-4CF903AB74DB}"/>
</file>

<file path=customXml/itemProps4.xml><?xml version="1.0" encoding="utf-8"?>
<ds:datastoreItem xmlns:ds="http://schemas.openxmlformats.org/officeDocument/2006/customXml" ds:itemID="{F22D29C6-4AF1-4E1A-A611-99D0420FEB2B}"/>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