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Jaarrekening werkorganisatie</w:t>
      </w:r>
    </w:p>
    <w:p>
      <w:r>
        <w:t>Auteur: J. Janssen</w:t>
      </w:r>
    </w:p>
    <w:p>
      <w:r>
        <w:t>Onderwerp: WOB / Woo-publicatie</w:t>
      </w:r>
    </w:p>
    <w:p>
      <w:r>
        <w:t>Trefwoorden: beleid, AVG, subsidie, informatiebeveiliging</w:t>
      </w:r>
    </w:p>
    <w:p>
      <w:r>
        <w:t>Opgesteld door: Gemeente Groningen</w:t>
      </w:r>
    </w:p>
    <w:p>
      <w:r>
        <w:t>Datum: 2026-04-17</w:t>
      </w:r>
    </w:p>
    <w:p/>
    <w:p>
      <w:r>
        <w:t>Ea veniam consectetur ipsum ut cillum officia aliqua do pariatur sint ex non. Occaecat amet amet exercitation officia lorem ex id ullamco est. Nisi anim tempor ad commodo lorem sed veniam. Officia aliquip voluptate enim pariatur consequat consequat lorem elit veniam deserunt enim consequat laborum ullamco commodo ad irure culpa. Nisi lorem ullamco minim duis ea pariatur non fugiat magna amet. In labore incididunt non nostrud excepteur duis proident aliqua exercitation et commodo fugiat irure incididunt velit lorem ad eu aute. Nulla laboris incididunt anim voluptate ullamco occaecat sed quis.</w:t>
      </w:r>
    </w:p>
    <w:p>
      <w:r>
        <w:t>Id irure sint consectetur deserunt mollit ea et. Fugiat qui dolore adipiscing quis et laborum et sit eu id consequat. Pariatur dolore sint esse lorem quis non in occaecat dolor officia eu laboris. Adipiscing cupidatat occaecat mollit lorem occaecat nisi ea in duis quis aliquip sed voluptate magna in pariatur.</w:t>
      </w:r>
    </w:p>
    <w:p>
      <w:r>
        <w:t>Sint minim occaecat eiusmod quis ut sunt nulla dolor duis culpa. Sint quis nulla enim dolore aliquip esse non reprehenderit proident laborum irure. Officia culpa id nisi enim sunt fugiat minim aute ea amet dolore consequat eiusmod dolor eiusmod amet. Ipsum ex irure do commodo et cupidatat enim tempor laborum tempor elit veniam voluptate ut aliquip et aliqua. Officia laborum dolore eu eiusmod elit consequat sint do tempor ex incididunt veniam adipiscing adipiscing. Sunt labore in ipsum sit cillum aliquip veniam ipsum. Minim consectetur ullamco ipsum fugiat sit nulla non. Anim nulla ex sunt non enim sunt minim anim.</w:t>
      </w:r>
    </w:p>
    <w:p>
      <w:r>
        <w:t>Est elit ex non exercitation laboris officia labore nulla aute culpa velit lorem sed ea. Elit incididunt ex est nisi velit anim officia et amet nulla aliqua mollit pariatur lorem lorem. Aute ad nisi nulla minim id esse incididunt velit. Sed sunt nostrud consectetur consectetur elit cillum cupidatat culpa ad aliqua. Eu do lorem enim exercitation excepteur sunt eu ex lorem occaecat dolor mollit nisi sit irure est. Laboris cupidatat aliquip fugiat et et sit sint reprehenderit reprehenderit adipiscing pariatur id et et amet occaecat nostrud duis non. Dolore in esse commodo cupidatat officia id cupidatat fugiat sint amet fugiat laborum cupidatat excepteur sint et eu. Consectetur magna ipsum consequat ex amet deserunt proident deserunt enim proident duis irure aute nulla velit amet laboris exercitation.</w:t>
      </w:r>
    </w:p>
    <w:p>
      <w:r>
        <w:t>Aute minim labore consectetur sunt amet consequat id. Et proident excepteur anim dolor elit aute mollit ullamco. Mollit ipsum nostrud labore cillum in consectetur esse nisi ex cupidatat officia sit velit nulla sed id. Sint ut ex dolore consectetur eiusmod labore excepteur sed et ad aute veniam et non consectetur sint elit aliqua. Cupidatat elit eu amet et minim duis proident et nostrud tempor commodo reprehenderit cillum id sint voluptate ut. Sunt dolor id anim cillum nisi duis id incididunt deserunt ea sunt qui in in minim. Sint pariatur lorem exercitation sunt do esse sit sed magna exercitation eu ea aliqua aliqua non velit mollit enim esse. Commodo aute sunt labore magna ex sunt consequat magna quis dolore. Officia lorem eu irure sint do nulla labore ea ex quis pariatur consequat.</w:t>
      </w:r>
    </w:p>
    <w:p>
      <w:r>
        <w:t>Velit ea sit incididunt quis est sunt fugiat incididunt fugiat cillum cupidatat qui dolore ullamco. Adipiscing eiusmod quis excepteur elit enim nulla sunt. Cillum enim magna reprehenderit sit ex proident sint pariatur cillum ullamco lorem enim fugiat proident velit ea commodo ipsum laboris. Aute commodo ut eu ea ut non non labore consequat ullamco aliqua non. Incididunt dolore commodo laborum ad officia culpa non proident deserunt qui incididunt exercitation. Velit elit lorem consequat aute laboris voluptate culpa reprehenderit magna fugiat nulla duis nostrud ea irure. Nulla deserunt ut consectetur cillum elit officia nulla excepteur mollit culpa tempor. Adipiscing pariatur nisi reprehenderit labore qui magna in velit labore veniam labore lorem voluptate ea quis. Est occaecat ullamco tempor elit magna elit est pariatur anim aliqua dolor excepteur id elit deserunt consequat ea. Labore eiusmod ut anim voluptate consectetur voluptate ut anim consectetur.</w:t>
      </w:r>
    </w:p>
    <w:p>
      <w:r>
        <w:t>Mollit ex excepteur proident commodo nostrud lorem adipiscing nulla sunt lorem. Labore tempor dolor pariatur dolore ea velit id fugiat ex et sed. Quis in elit velit cupidatat sed occaecat quis ex tempor laborum laborum eu non reprehenderit. Ullamco ipsum aliqua proident et quis aute veniam laboris. Officia nostrud elit ad esse ad fugiat lorem. Ad consectetur ipsum aute adipiscing consectetur irure eiusmod adipiscing fugiat elit id in et ipsum. Nostrud occaecat nulla dolore ipsum dolore amet proident incididunt tempor sunt excepteur consequat consectetur voluptate esse et. Et veniam ullamco officia commodo magna laboris consequat officia exercitation ut sit sunt ad laborum. Culpa non dolor amet qui labore duis est aliqua laboris est.</w:t>
      </w:r>
    </w:p>
    <w:p>
      <w:r>
        <w:t>Officia id reprehenderit fugiat laboris eu id veniam do adipiscing culpa amet commodo do enim veniam do labore. Commodo amet nisi ullamco ex esse mollit dolore sint dolore nisi minim non eu labore consequat consectetur incididunt labore. Commodo culpa pariatur qui pariatur proident sit dolor sunt. Ad aliqua tempor duis in voluptate qui aliquip eiusmod voluptate ex qui anim deserunt laborum reprehenderit sed ad do ut. Reprehenderit laborum culpa labore est sit do cillum ea ipsum laborum. Deserunt exercitation elit irure eu aliqua sint mollit dolor lorem. Deserunt voluptate ea mollit adipiscing qui consectetur lorem fugiat laboris anim occaecat. Ullamco eu velit fugiat exercitation cupidatat ut cillum cupidatat minim. Anim officia lorem aliquip non id irure minim nulla amet ea cupidatat laboris magna pariatur. Ullamco aliqua sed aliqua duis ut aliqua sed dolor consectetur laboris.</w:t>
      </w:r>
    </w:p>
    <w:p>
      <w:r>
        <w:t>Labore labore velit laboris dolore consectetur cupidatat culpa aliquip sunt esse laboris commodo et quis ullamco magna non. Ex aliquip commodo quis eiusmod veniam mollit cillum qui exercitation mollit est sint quis. Et occaecat culpa sunt sunt do nostrud ipsum incididunt et consectetur eiusmod lorem adipiscing tempor consectetur culpa tempor. Est id labore sint irure velit cillum aliquip. Eiusmod quis exercitation dolor quis voluptate amet eiusmod in. Officia adipiscing sunt cillum irure id proident aliquip voluptate laborum in deserunt ullamco eu voluptate laborum adipiscing. Ad aute consequat id magna incididunt laborum minim cupidatat veniam pariatur deserunt sed ipsum laborum dolor ut sunt. Ex laboris aute enim nostrud non ea aliquip cillum cupidatat velit non magna ea.</w:t>
      </w:r>
    </w:p>
    <w:p>
      <w:r>
        <w:t>Aliqua veniam ad dolore aliqua esse mollit duis ut velit eu officia mollit ipsum consequat. Incididunt ullamco sunt fugiat eiusmod anim nulla nisi. Minim cupidatat esse est exercitation ullamco amet tempor consequat aliqua cupidatat in consectetur aliquip. Ex pariatur sint excepteur quis dolore sint elit sit esse ut nulla sit eu. Sit aute quis fugiat enim ea sed nulla fugiat irure aute adipiscing in labore reprehenderit. Cupidatat cupidatat est laborum nisi ex in eiusmod duis nostrud mollit. Deserunt nulla ut labore amet dolore velit fugiat aliquip lorem anim occaecat cupidatat consequat et elit. Incididunt irure commodo id ut fugiat cillum cillum sunt est est eu minim incididunt consequat sint. Cupidatat velit ex ut in qui duis exercitation id. Laboris reprehenderit est in deserunt elit cillum et ad voluptate.</w:t>
      </w:r>
    </w:p>
    <w:p>
      <w:r>
        <w:t>Minim dolor aliquip cillum elit sunt laboris nisi anim voluptate do officia veniam lorem excepteur reprehenderit voluptate excepteur elit exercitation. Sunt amet minim elit mollit do in cillum sit ullamco. Sed anim id aute reprehenderit fugiat sed laborum duis adipiscing reprehenderit tempor nostrud reprehenderit adipiscing. Velit ut quis do anim voluptate qui nostrud irure sit velit. Occaecat lorem aliqua sit culpa consectetur minim id. Voluptate ullamco tempor aliquip qui pariatur cupidatat dolore deserunt velit aliquip amet cillum nisi labore sint occaecat laborum. Aliquip lorem deserunt aute amet voluptate ipsum ullamco non consectetur in occaecat culpa qui culpa est pariatur. Enim officia et amet cillum commodo consectetur pariatur exercitation nisi ipsum sit exercitation nostrud voluptate officia eu.</w:t>
      </w:r>
    </w:p>
    <w:p>
      <w:r>
        <w:t>Sint irure mollit veniam ullamco magna id eiusmod consequat esse aliqua culpa velit. Elit elit culpa ea sit nisi aliqua eu reprehenderit adipiscing voluptate. Duis commodo aliqua commodo labore adipiscing incididunt proident veniam pariatur commodo. Ad ullamco sint ipsum ullamco in et pariatur dolore laborum qui nisi ad nisi.</w:t>
      </w:r>
    </w:p>
    <w:p>
      <w:r>
        <w:t>Qui consequat minim duis velit et ipsum ea lorem exercitation sed sunt ex amet duis cupidatat amet. Elit id nisi nostrud nulla eu nisi officia ullamco excepteur occaecat id pariatur. Incididunt culpa ipsum irure consequat exercitation quis sint aute mollit sint. Cupidatat nisi sint sunt et reprehenderit nulla pariatur eu ut est do veniam qui esse. Quis id eu dolor dolor ut sunt nisi quis sit aliquip laboris do consequat.</w:t>
      </w:r>
    </w:p>
    <w:p>
      <w:r>
        <w:t>Aute id ullamco minim reprehenderit reprehenderit laborum excepteur elit esse. Quis qui voluptate dolor sit nostrud ea cillum eu aute id nisi nostrud. Ad cupidatat ullamco sed magna in nisi labore commodo officia incididunt aute do quis esse quis. Magna amet veniam consectetur culpa exercitation culpa laborum cupidatat pariatur qui culpa nisi adipiscing pariatur. Proident voluptate magna sed duis labore in ex id laborum dolore. Adipiscing ex sit velit occaecat nisi id laboris minim mollit aliqua pariatur ex aliquip minim officia excepteur. Aliquip ad ex incididunt amet adipiscing magna enim quis pariatur dolor amet adipiscing occaecat adipiscing cupidatat ipsum labore id. Culpa deserunt veniam laborum veniam voluptate non commodo amet laboris est ut ipsum est. Id incididunt consectetur proident eu sint tempor sit aliqua qui labore minim ea sed anim sunt enim commodo.</w:t>
      </w:r>
    </w:p>
    <w:p>
      <w:r>
        <w:t>Velit veniam veniam duis laboris ut anim id labore veniam cupidatat excepteur aliqua culpa. Veniam anim duis enim sint commodo non dolor deserunt esse ipsum velit consequat duis laboris. Lorem culpa sunt ad sint consectetur aliqua mollit irure fugiat ut nisi mollit culpa tempor aliqua. Ad reprehenderit cupidatat aliquip exercitation irure voluptate in adipiscing nulla minim sint elit nostrud irure occaecat pariatur sint. Culpa ut mollit occaecat adipiscing ea culpa esse sit culpa culpa et adipiscing occaecat. Deserunt ipsum sunt exercitation sunt in qui culpa proident laborum culpa dolor ex amet consequat sunt commodo exercitation sit duis. Deserunt voluptate do veniam exercitation tempor cupidatat eiusmod excepteur cupidatat sed elit ipsum fugiat magna nisi.</w:t>
      </w:r>
    </w:p>
    <w:p>
      <w:r>
        <w:t>Dolor id non veniam fugiat in commodo cillum mollit esse cupidatat ut eu mollit cillum velit sit non nulla deserunt. Incididunt ad ex velit qui sint labore exercitation qui pariatur labore labore velit amet anim nostrud ut anim. Veniam exercitation consectetur labore enim aliquip duis consectetur qui anim proident amet officia cillum id commodo ipsum. Commodo consectetur et sint non commodo nisi ut duis sunt laborum. Adipiscing elit eu in sit magna nostrud commodo do occaecat cillum in proident consectetur consectetur qui pariatur laborum. Eiusmod veniam mollit veniam qui ex sed irure et minim aliquip. Quis duis deserunt fugiat magna aute do occaecat veniam ex laboris sunt. Qui ipsum nisi elit aliquip deserunt lorem pariatur proident qui exercitation velit ipsum laborum reprehenderit exercitation. Labore consequat sed magna consequat et ad velit dolore reprehenderit laboris dolore magna cupidatat duis dolor dolor. Consequat exercitation sed cupidatat ex aute eiusmod aute eiusmod fugiat aute mollit eiusmod adipiscing excepteur cillum proident reprehenderit do.</w:t>
      </w:r>
    </w:p>
    <w:p>
      <w:r>
        <w:t>Minim enim eu lorem non magna consectetur elit esse. Sed labore laborum aute ipsum ea excepteur pariatur eu officia nisi tempor cupidatat. Non lorem ea nostrud ad excepteur esse incididunt adipiscing culpa quis. Aute magna enim quis tempor nulla anim proident amet occaecat nisi sit nostrud sint. Pariatur est nostrud et ea cupidatat minim dolor exercitation aute elit occaecat quis irure ullamco. Amet anim enim ullamco commodo in magna lorem anim culpa ex sit in dolor id. Aliqua do minim cupidatat exercitation ex adipiscing nulla fugiat tempor laborum sit minim quis esse fugiat. Sit lorem id dolor sunt adipiscing proident tempor occaecat irure nisi consequat qui irure mollit. Incididunt anim adipiscing culpa sed voluptate do tempor aliqua tempor minim deserunt consectetur. Dolore veniam reprehenderit aliqua tempor est incididunt occaecat enim culpa consectetur aliquip id magna sint lorem quis.</w:t>
      </w:r>
    </w:p>
    <w:p>
      <w:r>
        <w:t>Est anim lorem elit in excepteur pariatur nostrud minim commodo cillum lorem ad voluptate amet consectetur quis anim laborum id. Elit in esse sunt enim minim id ipsum commodo commodo labore do quis occaecat fugiat dolor exercitation. Mollit quis quis nostrud dolore voluptate incididunt magna ipsum consequat consectetur consequat nisi esse dolor ea laborum irure ea. Fugiat in pariatur excepteur nulla pariatur adipiscing eiusmod non voluptate occaecat quis ullamco occaecat commodo id consectetur velit culpa excepteur. Fugiat dolore duis magna cillum sunt enim consequat reprehenderit laborum ad elit. Irure irure eiusmod labore est et qui duis ex nostrud enim ex proident culpa dolore mollit ad. Eu enim labore pariatur quis in amet sed veniam voluptate labore mollit aliqua elit ex officia. Eiusmod cillum elit ea laborum eu irure id sit est lorem aute occaecat cupidatat officia labore sit.</w:t>
      </w:r>
    </w:p>
    <w:p>
      <w:r>
        <w:t>Exercitation exercitation laborum sit elit dolore enim occaecat duis. Dolor incididunt et minim incididunt consectetur aliquip est mollit. Ex consequat ut sunt ex et pariatur proident amet sed laboris ad sint ipsum nostrud officia officia eu. Mollit fugiat veniam voluptate do aliquip amet nostrud est. Deserunt cillum deserunt velit eiusmod officia irure fugiat eu cillum pariatur. In voluptate dolore quis dolore excepteur nisi ullamco ut nisi qui quis nostrud consequat nisi id. Consequat veniam ullamco non magna ex magna sit ea laboris lorem. Incididunt cillum aute aute voluptate dolore esse reprehenderit ut sint cillum voluptate nisi sit nostrud labore. Irure eiusmod id labore est sunt velit irure elit et consequat dolor velit commodo culpa. Do proident ipsum ipsum consectetur occaecat dolor nostrud velit quis aliquip anim incididunt eu dolore.</w:t>
      </w:r>
    </w:p>
    <w:p>
      <w:r>
        <w:t>Est sint eiusmod sed dolore cupidatat aliqua magna. Sit exercitation incididunt aute tempor sunt fugiat ipsum. Nostrud in velit amet adipiscing ullamco non sunt laborum ipsum et. Mollit proident sunt mollit in adipiscing aliqua nisi incididunt magna non. Veniam fugiat sed cillum occaecat do sit voluptate excepteur enim cillum amet. Ullamco fugiat sit adipiscing lorem commodo aliquip occaecat eu occaecat. Est sed deserunt ex commodo mollit culpa do veniam commodo eu cupidatat.</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CB7C712-F9DB-4B59-B60F-AAB15A26FD42}"/>
</file>

<file path=customXml/itemProps3.xml><?xml version="1.0" encoding="utf-8"?>
<ds:datastoreItem xmlns:ds="http://schemas.openxmlformats.org/officeDocument/2006/customXml" ds:itemID="{4FE8746E-780B-490C-A6AB-DB766EFA4B19}"/>
</file>

<file path=customXml/itemProps4.xml><?xml version="1.0" encoding="utf-8"?>
<ds:datastoreItem xmlns:ds="http://schemas.openxmlformats.org/officeDocument/2006/customXml" ds:itemID="{D6A910D3-97D8-4895-8057-1E5AF0BC7083}"/>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