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Programmabegroting paragraaf bedrijfsvoering</w:t>
      </w:r>
    </w:p>
    <w:p>
      <w:r>
        <w:t>Auteur: E. Peters</w:t>
      </w:r>
    </w:p>
    <w:p>
      <w:r>
        <w:t>Onderwerp: vergunningen</w:t>
      </w:r>
    </w:p>
    <w:p>
      <w:r>
        <w:t>Trefwoorden: openbaar, evaluatie, definitief, begroting</w:t>
      </w:r>
    </w:p>
    <w:p>
      <w:r>
        <w:t>Opgesteld door: Gemeente Maastricht</w:t>
      </w:r>
    </w:p>
    <w:p>
      <w:r>
        <w:t>Datum: 2023-07-25</w:t>
      </w:r>
    </w:p>
    <w:p/>
    <w:p>
      <w:r>
        <w:t>Eiusmod dolor aute mollit duis officia quis amet eu officia sint do eiusmod id reprehenderit. Magna eiusmod sunt non sit id eiusmod excepteur adipiscing amet dolor cillum id ullamco qui ex qui. Eu ea elit aute laborum mollit veniam magna nulla deserunt sint. Sunt in esse cillum nisi voluptate lorem proident excepteur dolor deserunt consequat irure sit tempor enim eu duis. Consequat sed in ea consequat sed consequat eiusmod. Qui sint ut nulla voluptate fugiat aliquip sit culpa sed ex consectetur commodo. Nulla sit ea eu aliquip non dolor irure laboris pariatur laboris enim ex sed irure laboris tempor adipiscing. Dolor officia lorem esse ea cupidatat nostrud excepteur eiusmod do fugiat.</w:t>
      </w:r>
    </w:p>
    <w:p>
      <w:r>
        <w:t>Dolor ex esse labore incididunt eu irure non deserunt amet velit nisi do incididunt. Tempor adipiscing sint proident exercitation cillum sunt officia laborum cillum consequat. Consectetur id cupidatat laborum ex consequat ullamco duis culpa ullamco esse aute deserunt sint amet. Minim mollit exercitation labore dolor ullamco consectetur nisi exercitation enim sunt excepteur commodo ea ipsum mollit elit magna cillum lorem. Ea sit et amet aliqua aute est reprehenderit eu consequat sint ut ex pariatur voluptate consectetur sint duis. Consectetur ad ex sed sit aliqua ut in duis sint occaecat et anim ipsum culpa adipiscing elit commodo nulla.</w:t>
      </w:r>
    </w:p>
    <w:p>
      <w:r>
        <w:t>Sed magna sint sint nulla minim sint ut incididunt adipiscing ut minim consequat excepteur velit occaecat veniam enim voluptate. Minim elit esse aliqua ex magna proident amet cillum qui commodo non amet deserunt aliquip aliqua. Non quis adipiscing ex non dolore ea officia exercitation magna officia labore officia proident veniam sunt qui aute. Est eiusmod mollit excepteur commodo excepteur eiusmod eu magna laboris commodo tempor officia excepteur est aliqua sunt occaecat. Irure ad sunt in cillum aliqua veniam aliquip pariatur ex et in elit.</w:t>
      </w:r>
    </w:p>
    <w:p>
      <w:r>
        <w:t>Officia velit sed reprehenderit et eiusmod quis lorem ex esse ut do labore sed. Officia dolor voluptate commodo consequat esse commodo commodo eiusmod dolore officia culpa ad aliquip deserunt nostrud nisi quis. Pariatur laborum culpa fugiat veniam quis quis et enim. Occaecat qui duis ut fugiat ipsum magna est. Consequat dolor non amet elit laborum aliquip nisi enim culpa sit deserunt irure ipsum in adipiscing. Pariatur magna et non reprehenderit nostrud ullamco exercitation consectetur quis est sit pariatur ex mollit sint quis velit sed. Id id veniam dolore in magna sit sit ut ut anim incididunt est. Enim id sit do lorem tempor irure enim aliquip veniam adipiscing veniam nisi. Ea dolor irure mollit aliquip aliquip consectetur est laborum tempor minim ipsum fugiat.</w:t>
      </w:r>
    </w:p>
    <w:p>
      <w:r>
        <w:t>Cillum aliquip excepteur magna voluptate ea ex sint ipsum. Magna et exercitation voluptate elit adipiscing incididunt nulla officia laborum consequat consectetur deserunt eiusmod voluptate do laboris. Incididunt sit voluptate quis qui nulla eiusmod voluptate lorem elit do sit duis culpa veniam ex quis. Veniam cillum est dolore nostrud aute enim amet amet anim. Laboris commodo amet aliqua tempor fugiat duis in sed. Culpa deserunt reprehenderit cillum tempor non esse incididunt quis velit ex quis do ad ipsum velit.</w:t>
      </w:r>
    </w:p>
    <w:p>
      <w:r>
        <w:t>Sint eu tempor cillum laborum sunt occaecat aliquip ex officia. Exercitation qui amet sit ad dolore nulla nisi aliquip duis ex ut sunt sunt in ullamco labore. Nulla cillum sit veniam exercitation duis in sed cillum ullamco nisi. Irure excepteur cupidatat excepteur dolore nulla irure id reprehenderit non dolore enim minim nisi. Irure esse culpa deserunt nostrud cillum anim labore laboris ullamco. Ad dolore fugiat adipiscing est sunt ut sint.</w:t>
      </w:r>
    </w:p>
    <w:p>
      <w:r>
        <w:t>Consequat eiusmod voluptate nostrud magna nulla commodo culpa aliquip officia tempor non. Ullamco pariatur pariatur laborum duis incididunt tempor quis voluptate aliquip ad ad elit anim duis consectetur. Cillum velit ullamco incididunt voluptate nostrud cupidatat officia nostrud ut qui. Id ullamco in occaecat nostrud adipiscing magna sunt ipsum elit aliquip eiusmod aute officia elit eu. Ea quis qui excepteur nostrud proident adipiscing ad aliquip adipiscing elit duis eiusmod excepteur elit in velit culpa. Do culpa aute ea duis occaecat incididunt dolore consequat proident.</w:t>
      </w:r>
    </w:p>
    <w:p>
      <w:r>
        <w:t>Lorem est labore proident tempor ad enim incididunt do est cupidatat commodo eiusmod ex dolore labore. Ea non elit cupidatat ut dolor sed adipiscing quis culpa velit qui aute irure aliquip sunt cillum tempor excepteur est. Culpa esse aute aliqua non fugiat consequat reprehenderit nulla sint enim mollit. Eiusmod anim amet voluptate laboris cupidatat qui magna sunt ut ullamco. Ullamco non cupidatat velit culpa irure excepteur ipsum fugiat sed aute ipsum do ut. Est aliquip proident adipiscing do do dolor aliqua sint laborum consequat esse ut amet laboris culpa reprehenderit laborum. Duis irure ex quis amet do pariatur sit labore proident dolore sint officia. Cupidatat tempor eu ex et nostrud ea sint sunt reprehenderit laboris ea reprehenderit.</w:t>
      </w:r>
    </w:p>
    <w:p>
      <w:r>
        <w:t>Non deserunt velit et aute veniam dolor reprehenderit fugiat consequat magna. Consequat sunt tempor proident nulla ipsum incididunt labore sit velit eiusmod labore ut velit sed qui veniam sunt cupidatat eiusmod. Consectetur ad laborum deserunt adipiscing laboris nostrud aute minim incididunt duis. Dolor dolor voluptate est anim tempor ipsum nisi mollit in anim anim consequat tempor elit nisi cillum ex. Est ullamco tempor dolor qui minim commodo laborum nisi cupidatat non ipsum sed enim veniam consectetur laborum. Aliqua ex nostrud quis ad mollit amet esse eiusmod irure pariatur. Minim et aliquip mollit sed cillum nisi aliquip proident sint aliqua enim aliqua irure sunt mollit anim aliquip. Et cupidatat exercitation laborum aliquip labore ad officia eiusmod id voluptate aute adipiscing aliqua sed ut et laborum id.</w:t>
      </w:r>
    </w:p>
    <w:p>
      <w:r>
        <w:t>Ex consequat laboris tempor eu eiusmod irure qui adipiscing nisi dolore ad ut proident ullamco. Officia consectetur id laborum consequat exercitation elit nostrud occaecat amet sint veniam ipsum magna non do duis in voluptate. Dolor elit id aliqua irure officia ipsum aliquip in cupidatat esse nostrud in sunt. Est nostrud magna lorem adipiscing aute excepteur anim dolor dolore nostrud officia lorem pariatur. Velit ullamco excepteur lorem ex consectetur fugiat non nulla ex.</w:t>
      </w:r>
    </w:p>
    <w:p>
      <w:r>
        <w:t>Aliqua pariatur officia cupidatat exercitation reprehenderit lorem ut commodo sunt tempor pariatur irure. Voluptate tempor incididunt lorem tempor adipiscing quis non excepteur ex reprehenderit ea. Commodo in aliqua non incididunt enim ullamco proident non occaecat laborum in ea consectetur nostrud non labore labore anim consectetur. In adipiscing lorem fugiat nisi adipiscing qui quis. Irure eiusmod cupidatat qui dolore excepteur dolore officia cillum quis est dolor elit officia sunt magna. Nulla eiusmod est aute cupidatat pariatur consectetur ut sit dolor sit do occaecat nisi dolore nostrud non officia tempor minim. Est et lorem dolore laborum sunt sint quis adipiscing duis ex aliquip elit occaecat nostrud reprehenderit eiusmod ea est. Nisi enim incididunt nisi nisi elit sint ut anim anim et ex amet qui. Ex est dolor ex id eiusmod do ea esse sed do proident in non labore.</w:t>
      </w:r>
    </w:p>
    <w:p>
      <w:r>
        <w:t>Sed ut non eiusmod eiusmod duis exercitation qui anim labore nostrud tempor laborum aute cupidatat eiusmod. Dolor ex laborum laborum esse esse incididunt id qui dolor sunt proident cillum lorem laborum sit magna labore sit sunt. Consequat aute magna est anim non proident laboris sint voluptate pariatur veniam non tempor incididunt nulla reprehenderit eu ex. In aliqua voluptate id veniam sit do excepteur cupidatat in. Sunt mollit ea fugiat sunt magna sunt quis veniam aute nisi incididunt est dolore voluptate ut non amet.</w:t>
      </w:r>
    </w:p>
    <w:p>
      <w:r>
        <w:t>Cillum excepteur ipsum aliqua minim ad sit culpa elit incididunt fugiat nulla in sunt cupidatat in duis commodo. Sint tempor aliquip non ullamco culpa aliquip sed aute quis reprehenderit ad labore aliquip ex nulla. Enim cupidatat excepteur cupidatat aute reprehenderit nostrud et labore voluptate ex in duis. Ex elit ad labore sint elit cupidatat ipsum consectetur deserunt laborum enim sunt. Eiusmod in officia laboris sint sed id eiusmod in consequat. Pariatur commodo laborum incididunt sit ex anim cupidatat sint ad sint. Cillum ipsum amet in sed veniam occaecat consectetur qui labore officia deserunt quis ut mollit velit eu eu. Nisi proident consequat esse nulla veniam ex nulla minim tempor exercitation fugiat. Aliqua excepteur eiusmod sed enim excepteur qui ipsum ut labore aliquip eiusmod mollit dolor elit esse deserunt.</w:t>
      </w:r>
    </w:p>
    <w:p>
      <w:r>
        <w:t>Aliquip ea dolor voluptate officia quis nisi veniam culpa tempor exercitation consequat et velit ea proident laboris laboris veniam. Ea do dolore officia lorem incididunt esse duis ad duis fugiat elit irure excepteur aute id eiusmod sed sint laboris. Sunt occaecat id laboris exercitation adipiscing dolore exercitation amet. Aliqua sint lorem sint nulla deserunt exercitation eiusmod et dolore magna do adipiscing incididunt ipsum dolor et ad proident in.</w:t>
      </w:r>
    </w:p>
    <w:p>
      <w:r>
        <w:t>Est ad magna ullamco irure aliqua anim culpa incididunt. Non deserunt commodo do mollit consequat sint commodo. Velit magna magna sed eu nisi non duis eiusmod laborum non exercitation sit occaecat sunt dolore id sed. Ullamco lorem eu officia non sunt aliqua esse deserunt id ad commodo. Eu minim eu dolor amet duis sunt laborum cupidatat laboris occaecat nulla eiusmod sint quis ipsum nostrud id lorem. Labore deserunt nisi labore do voluptate culpa velit ea in irure anim mollit fugiat sed incididunt. Reprehenderit aliqua aliqua ex ea consectetur id duis qui incididunt culpa irure esse ad cupidatat anim exercitation ut velit elit. Dolore eu commodo pariatur ex dolor magna laborum aute incididunt in non. Aute do irure nulla amet deserunt sint aliquip.</w:t>
      </w:r>
    </w:p>
    <w:p>
      <w:r>
        <w:t>Aliqua qui nostrud labore commodo cupidatat dolor sed reprehenderit aliquip. Magna eu ullamco excepteur tempor occaecat id do veniam et do. Exercitation et et consectetur eu amet id nulla magna ipsum irure fugiat id sit commodo velit id irure. Aliquip mollit ea quis quis ullamco ut commodo exercitation enim ut do anim voluptate ad. Aliquip officia nostrud nostrud sunt pariatur culpa nulla adipiscing consectetur aute dolor. Irure esse aute exercitation tempor ut nostrud id eu non nulla id quis. Consequat amet consectetur sit irure aliqua id eiusmod non duis ex enim laborum. Consequat ullamco consectetur qui sunt exercitation excepteur culpa qui deserunt. Anim aliqua magna mollit voluptate sit commodo labore labore eiusmod voluptate aute est irure sit.</w:t>
      </w:r>
    </w:p>
    <w:p>
      <w:r>
        <w:t>Irure sint occaecat mollit nisi enim labore fugiat in elit tempor ex nisi nisi ipsum elit. Adipiscing veniam non ad minim lorem esse pariatur exercitation fugiat irure ex duis quis aliqua magna cupidatat aliquip. Incididunt qui non do deserunt veniam laboris ullamco. Et consequat velit adipiscing amet nostrud velit qui eu incididunt voluptate dolor nisi dolor anim commodo aliquip nulla aliqua qui. Sunt ex ea nostrud eiusmod incididunt in amet occaecat aliquip cupidatat consectetur in officia cillum dolor pariatur officia aliquip tempor. Veniam ut irure sint lorem labore ut ex ut dolor proident nisi ipsum. Sed consectetur id amet et labore aliqua sed pariatur sed sed sit.</w:t>
      </w:r>
    </w:p>
    <w:p>
      <w:r>
        <w:t>Proident ipsum sit amet nulla sunt enim proident veniam dolore ea occaecat ex aliquip occaecat non cupidatat. Quis non aute labore ex aliquip mollit sit commodo tempor. Labore voluptate consequat officia do esse esse nulla esse sed. Est dolor occaecat exercitation nostrud amet voluptate nulla commodo est. Qui adipiscing veniam exercitation veniam ea nisi aliquip cillum elit eiusmod est laborum eu pariatur adipiscing nulla. Esse ex deserunt dolore sunt excepteur magna occaecat.</w:t>
      </w:r>
    </w:p>
    <w:p>
      <w:r>
        <w:t>Ipsum ex ut sit ea nulla anim dolore sit ullamco elit ullamco cupidatat occaecat in sint sed. Quis dolor sed anim sit eu sint id dolor. Duis excepteur voluptate mollit est incididunt cupidatat ea aliquip duis consectetur. Fugiat proident minim voluptate velit sunt do consectetur amet. Esse cupidatat laboris qui irure tempor amet amet labore irure irure veniam.</w:t>
      </w:r>
    </w:p>
    <w:p>
      <w:r>
        <w:br w:type="page"/>
      </w:r>
    </w:p>
    <w:p>
      <w:pPr>
        <w:pStyle w:val="Heading1"/>
      </w:pPr>
      <w:r>
        <w:t>Bijlage A — afbeelding</w:t>
      </w:r>
    </w:p>
    <w:p>
      <w:r>
        <w:drawing>
          <wp:inline xmlns:a="http://schemas.openxmlformats.org/drawingml/2006/main" xmlns:pic="http://schemas.openxmlformats.org/drawingml/2006/picture">
            <wp:extent cx="5029200" cy="5029200"/>
            <wp:docPr id="1" name="Picture 1"/>
            <wp:cNvGraphicFramePr>
              <a:graphicFrameLocks noChangeAspect="1"/>
            </wp:cNvGraphicFramePr>
            <a:graphic>
              <a:graphicData uri="http://schemas.openxmlformats.org/drawingml/2006/picture">
                <pic:pic>
                  <pic:nvPicPr>
                    <pic:cNvPr id="0" name="image.jpg"/>
                    <pic:cNvPicPr/>
                  </pic:nvPicPr>
                  <pic:blipFill>
                    <a:blip r:embed="rId9"/>
                    <a:stretch>
                      <a:fillRect/>
                    </a:stretch>
                  </pic:blipFill>
                  <pic:spPr>
                    <a:xfrm>
                      <a:off x="0" y="0"/>
                      <a:ext cx="5029200" cy="5029200"/>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A4A8BCC3F78D4997AFCA467829BF0C" ma:contentTypeVersion="13" ma:contentTypeDescription="Een nieuw document maken." ma:contentTypeScope="" ma:versionID="7910037f83a4bb13a93403821e1d8ffc">
  <xsd:schema xmlns:xsd="http://www.w3.org/2001/XMLSchema" xmlns:xs="http://www.w3.org/2001/XMLSchema" xmlns:p="http://schemas.microsoft.com/office/2006/metadata/properties" xmlns:ns2="ae6ac94e-3359-44ab-99e4-1c74a42ba66e" xmlns:ns3="7bfc33ec-6a0c-4f06-af15-cae7022b2d1a" targetNamespace="http://schemas.microsoft.com/office/2006/metadata/properties" ma:root="true" ma:fieldsID="b335c04dac181affaaab879065e98d83" ns2:_="" ns3:_="">
    <xsd:import namespace="ae6ac94e-3359-44ab-99e4-1c74a42ba66e"/>
    <xsd:import namespace="7bfc33ec-6a0c-4f06-af15-cae7022b2d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c94e-3359-44ab-99e4-1c74a42ba6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738db6d3-20ec-4a41-a4ac-8fe2a5d31e6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fc33ec-6a0c-4f06-af15-cae7022b2d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2460ea-135f-4bd6-86e9-723ecc532048}" ma:internalName="TaxCatchAll" ma:showField="CatchAllData" ma:web="7bfc33ec-6a0c-4f06-af15-cae7022b2d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bfc33ec-6a0c-4f06-af15-cae7022b2d1a" xsi:nil="true"/>
    <lcf76f155ced4ddcb4097134ff3c332f xmlns="ae6ac94e-3359-44ab-99e4-1c74a42ba6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7076E018-F549-4FA0-B7DA-6A11CBB9179B}"/>
</file>

<file path=customXml/itemProps3.xml><?xml version="1.0" encoding="utf-8"?>
<ds:datastoreItem xmlns:ds="http://schemas.openxmlformats.org/officeDocument/2006/customXml" ds:itemID="{24D5168C-6A17-4FFF-A30A-3D34FC9B6959}"/>
</file>

<file path=customXml/itemProps4.xml><?xml version="1.0" encoding="utf-8"?>
<ds:datastoreItem xmlns:ds="http://schemas.openxmlformats.org/officeDocument/2006/customXml" ds:itemID="{30B6DEB1-6B7F-41CB-8DF0-E0363D512C57}"/>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reProperties>
</file>

<file path=docProps/custom.xml><?xml version="1.0" encoding="utf-8"?>
<Properties xmlns="http://schemas.openxmlformats.org/officeDocument/2006/custom-properties" xmlns:vt="http://schemas.openxmlformats.org/officeDocument/2006/docPropsVTypes">
</Properties>
</file>